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FC951" w14:textId="77777777" w:rsidR="009B7D4D" w:rsidRPr="00786F3B" w:rsidRDefault="0092402E">
      <w:pPr>
        <w:pStyle w:val="Title"/>
        <w:rPr>
          <w:rFonts w:ascii="Arial" w:hAnsi="Arial" w:cs="Arial"/>
          <w:sz w:val="24"/>
          <w:szCs w:val="24"/>
        </w:rPr>
      </w:pPr>
      <w:r w:rsidRPr="00786F3B">
        <w:rPr>
          <w:rFonts w:ascii="Arial" w:hAnsi="Arial" w:cs="Arial"/>
          <w:sz w:val="24"/>
          <w:szCs w:val="24"/>
        </w:rPr>
        <w:t>Bell and Bear Directors’ Report</w:t>
      </w:r>
    </w:p>
    <w:p w14:paraId="169B1347" w14:textId="643A0C04" w:rsidR="009B7D4D" w:rsidRPr="00786F3B" w:rsidRDefault="0092402E">
      <w:pPr>
        <w:rPr>
          <w:rFonts w:ascii="Arial" w:hAnsi="Arial" w:cs="Arial"/>
          <w:sz w:val="24"/>
          <w:szCs w:val="24"/>
        </w:rPr>
      </w:pPr>
      <w:r w:rsidRPr="00786F3B">
        <w:rPr>
          <w:rFonts w:ascii="Arial" w:hAnsi="Arial" w:cs="Arial"/>
          <w:sz w:val="24"/>
          <w:szCs w:val="24"/>
        </w:rPr>
        <w:t>For the Year Ending 31st January 202</w:t>
      </w:r>
      <w:r w:rsidR="00DE6758" w:rsidRPr="00786F3B">
        <w:rPr>
          <w:rFonts w:ascii="Arial" w:hAnsi="Arial" w:cs="Arial"/>
          <w:sz w:val="24"/>
          <w:szCs w:val="24"/>
        </w:rPr>
        <w:t>6</w:t>
      </w:r>
    </w:p>
    <w:p w14:paraId="563F3F04" w14:textId="7C23A592" w:rsidR="009B7D4D" w:rsidRPr="00786F3B" w:rsidRDefault="0092402E">
      <w:pPr>
        <w:rPr>
          <w:rFonts w:ascii="Arial" w:hAnsi="Arial" w:cs="Arial"/>
          <w:sz w:val="24"/>
          <w:szCs w:val="24"/>
        </w:rPr>
      </w:pPr>
      <w:r w:rsidRPr="00786F3B">
        <w:rPr>
          <w:rFonts w:ascii="Arial" w:hAnsi="Arial" w:cs="Arial"/>
          <w:sz w:val="24"/>
          <w:szCs w:val="24"/>
        </w:rPr>
        <w:t xml:space="preserve">Dated: </w:t>
      </w:r>
      <w:r w:rsidR="00DE6758" w:rsidRPr="00786F3B">
        <w:rPr>
          <w:rFonts w:ascii="Arial" w:hAnsi="Arial" w:cs="Arial"/>
          <w:sz w:val="24"/>
          <w:szCs w:val="24"/>
        </w:rPr>
        <w:t>23rd</w:t>
      </w:r>
      <w:r w:rsidRPr="00786F3B">
        <w:rPr>
          <w:rFonts w:ascii="Arial" w:hAnsi="Arial" w:cs="Arial"/>
          <w:sz w:val="24"/>
          <w:szCs w:val="24"/>
        </w:rPr>
        <w:t xml:space="preserve"> </w:t>
      </w:r>
      <w:r w:rsidR="00DE6758" w:rsidRPr="00786F3B">
        <w:rPr>
          <w:rFonts w:ascii="Arial" w:hAnsi="Arial" w:cs="Arial"/>
          <w:sz w:val="24"/>
          <w:szCs w:val="24"/>
        </w:rPr>
        <w:t>June 2026</w:t>
      </w:r>
    </w:p>
    <w:p w14:paraId="29993BCD" w14:textId="4C342269" w:rsidR="001E6C44" w:rsidRPr="00786F3B" w:rsidRDefault="001E6C44" w:rsidP="001E6C44">
      <w:pPr>
        <w:pStyle w:val="Heading2"/>
        <w:rPr>
          <w:rFonts w:ascii="Arial" w:hAnsi="Arial" w:cs="Arial"/>
          <w:b w:val="0"/>
          <w:bCs w:val="0"/>
          <w:i/>
          <w:iCs/>
          <w:color w:val="auto"/>
          <w:sz w:val="24"/>
          <w:szCs w:val="24"/>
        </w:rPr>
      </w:pPr>
      <w:r w:rsidRPr="00786F3B">
        <w:rPr>
          <w:rFonts w:ascii="Arial" w:hAnsi="Arial" w:cs="Arial"/>
          <w:b w:val="0"/>
          <w:bCs w:val="0"/>
          <w:i/>
          <w:iCs/>
          <w:color w:val="auto"/>
          <w:sz w:val="24"/>
          <w:szCs w:val="24"/>
        </w:rPr>
        <w:t xml:space="preserve">Our </w:t>
      </w:r>
      <w:r w:rsidR="00936278" w:rsidRPr="00786F3B">
        <w:rPr>
          <w:rFonts w:ascii="Arial" w:hAnsi="Arial" w:cs="Arial"/>
          <w:b w:val="0"/>
          <w:bCs w:val="0"/>
          <w:i/>
          <w:iCs/>
          <w:color w:val="auto"/>
          <w:sz w:val="24"/>
          <w:szCs w:val="24"/>
        </w:rPr>
        <w:t>O</w:t>
      </w:r>
      <w:r w:rsidR="00D65671" w:rsidRPr="00786F3B">
        <w:rPr>
          <w:rFonts w:ascii="Arial" w:hAnsi="Arial" w:cs="Arial"/>
          <w:b w:val="0"/>
          <w:bCs w:val="0"/>
          <w:i/>
          <w:iCs/>
          <w:color w:val="auto"/>
          <w:sz w:val="24"/>
          <w:szCs w:val="24"/>
        </w:rPr>
        <w:t xml:space="preserve">riginal </w:t>
      </w:r>
      <w:r w:rsidRPr="00786F3B">
        <w:rPr>
          <w:rFonts w:ascii="Arial" w:hAnsi="Arial" w:cs="Arial"/>
          <w:b w:val="0"/>
          <w:bCs w:val="0"/>
          <w:i/>
          <w:iCs/>
          <w:color w:val="auto"/>
          <w:sz w:val="24"/>
          <w:szCs w:val="24"/>
        </w:rPr>
        <w:t>Vision</w:t>
      </w:r>
    </w:p>
    <w:p w14:paraId="3F633826" w14:textId="77777777" w:rsidR="001E6C44" w:rsidRPr="00786F3B" w:rsidRDefault="001E6C44" w:rsidP="001E6C44">
      <w:pPr>
        <w:rPr>
          <w:rFonts w:ascii="Arial" w:hAnsi="Arial" w:cs="Arial"/>
          <w:i/>
          <w:iCs/>
          <w:sz w:val="24"/>
          <w:szCs w:val="24"/>
        </w:rPr>
      </w:pPr>
      <w:r w:rsidRPr="00786F3B">
        <w:rPr>
          <w:rFonts w:ascii="Arial" w:hAnsi="Arial" w:cs="Arial"/>
          <w:i/>
          <w:iCs/>
          <w:sz w:val="24"/>
          <w:szCs w:val="24"/>
        </w:rPr>
        <w:t>"To re-establish the Bell and Bear at the heart of the community, offering a warm, family-friendly welcome with great beer and food. The pub should be a focal point for local teams, clubs and societies—helping to reduce social isolation and create a sense of belonging. It should also serve as a venue for village celebrations including birthdays, weddings, funerals, and seasonal events."</w:t>
      </w:r>
    </w:p>
    <w:p w14:paraId="63C6BC31" w14:textId="7CFFE9DB" w:rsidR="00D65671" w:rsidRPr="00786F3B" w:rsidRDefault="00D65671" w:rsidP="001E6C44">
      <w:pPr>
        <w:rPr>
          <w:rFonts w:ascii="Arial" w:hAnsi="Arial" w:cs="Arial"/>
          <w:sz w:val="24"/>
          <w:szCs w:val="24"/>
        </w:rPr>
      </w:pPr>
      <w:r w:rsidRPr="00786F3B">
        <w:rPr>
          <w:rFonts w:ascii="Arial" w:hAnsi="Arial" w:cs="Arial"/>
          <w:sz w:val="24"/>
          <w:szCs w:val="24"/>
        </w:rPr>
        <w:t xml:space="preserve">After five complete years of trading successfully </w:t>
      </w:r>
      <w:r w:rsidR="004A6208" w:rsidRPr="00786F3B">
        <w:rPr>
          <w:rFonts w:ascii="Arial" w:hAnsi="Arial" w:cs="Arial"/>
          <w:sz w:val="24"/>
          <w:szCs w:val="24"/>
        </w:rPr>
        <w:t xml:space="preserve">we think we have achieved our original vision and whilst we remain </w:t>
      </w:r>
      <w:r w:rsidR="00CE79EB" w:rsidRPr="00786F3B">
        <w:rPr>
          <w:rFonts w:ascii="Arial" w:hAnsi="Arial" w:cs="Arial"/>
          <w:sz w:val="24"/>
          <w:szCs w:val="24"/>
        </w:rPr>
        <w:t xml:space="preserve">fully </w:t>
      </w:r>
      <w:r w:rsidR="004A6208" w:rsidRPr="00786F3B">
        <w:rPr>
          <w:rFonts w:ascii="Arial" w:hAnsi="Arial" w:cs="Arial"/>
          <w:sz w:val="24"/>
          <w:szCs w:val="24"/>
        </w:rPr>
        <w:t>committed to it</w:t>
      </w:r>
      <w:r w:rsidR="00802E2A" w:rsidRPr="00786F3B">
        <w:rPr>
          <w:rFonts w:ascii="Arial" w:hAnsi="Arial" w:cs="Arial"/>
          <w:sz w:val="24"/>
          <w:szCs w:val="24"/>
        </w:rPr>
        <w:t xml:space="preserve"> we think </w:t>
      </w:r>
      <w:r w:rsidR="005B4B02" w:rsidRPr="00786F3B">
        <w:rPr>
          <w:rFonts w:ascii="Arial" w:hAnsi="Arial" w:cs="Arial"/>
          <w:sz w:val="24"/>
          <w:szCs w:val="24"/>
        </w:rPr>
        <w:t>now is a good</w:t>
      </w:r>
      <w:r w:rsidR="00802E2A" w:rsidRPr="00786F3B">
        <w:rPr>
          <w:rFonts w:ascii="Arial" w:hAnsi="Arial" w:cs="Arial"/>
          <w:sz w:val="24"/>
          <w:szCs w:val="24"/>
        </w:rPr>
        <w:t xml:space="preserve"> time to expand and improve upon it</w:t>
      </w:r>
      <w:r w:rsidR="009E1A4E" w:rsidRPr="00786F3B">
        <w:rPr>
          <w:rFonts w:ascii="Arial" w:hAnsi="Arial" w:cs="Arial"/>
          <w:sz w:val="24"/>
          <w:szCs w:val="24"/>
        </w:rPr>
        <w:t xml:space="preserve"> </w:t>
      </w:r>
      <w:r w:rsidR="000F345D" w:rsidRPr="00786F3B">
        <w:rPr>
          <w:rFonts w:ascii="Arial" w:hAnsi="Arial" w:cs="Arial"/>
          <w:sz w:val="24"/>
          <w:szCs w:val="24"/>
        </w:rPr>
        <w:t>and this is what we will be doing during the current year</w:t>
      </w:r>
      <w:r w:rsidR="009E1A4E" w:rsidRPr="00786F3B">
        <w:rPr>
          <w:rFonts w:ascii="Arial" w:hAnsi="Arial" w:cs="Arial"/>
          <w:sz w:val="24"/>
          <w:szCs w:val="24"/>
        </w:rPr>
        <w:t xml:space="preserve"> </w:t>
      </w:r>
    </w:p>
    <w:p w14:paraId="5BB084F4" w14:textId="77777777" w:rsidR="009B7D4D" w:rsidRPr="00786F3B" w:rsidRDefault="0092402E">
      <w:pPr>
        <w:pStyle w:val="Heading2"/>
        <w:rPr>
          <w:rFonts w:ascii="Arial" w:hAnsi="Arial" w:cs="Arial"/>
          <w:b w:val="0"/>
          <w:bCs w:val="0"/>
          <w:sz w:val="24"/>
          <w:szCs w:val="24"/>
        </w:rPr>
      </w:pPr>
      <w:r w:rsidRPr="00786F3B">
        <w:rPr>
          <w:rFonts w:ascii="Arial" w:hAnsi="Arial" w:cs="Arial"/>
          <w:b w:val="0"/>
          <w:bCs w:val="0"/>
          <w:sz w:val="24"/>
          <w:szCs w:val="24"/>
        </w:rPr>
        <w:t>A Message of Thanks</w:t>
      </w:r>
    </w:p>
    <w:p w14:paraId="74061BB7" w14:textId="77777777" w:rsidR="00C11B23" w:rsidRPr="00786F3B" w:rsidRDefault="00C11B23">
      <w:pPr>
        <w:rPr>
          <w:rFonts w:ascii="Arial" w:hAnsi="Arial" w:cs="Arial"/>
          <w:sz w:val="24"/>
          <w:szCs w:val="24"/>
        </w:rPr>
      </w:pPr>
      <w:r w:rsidRPr="00786F3B">
        <w:rPr>
          <w:rFonts w:ascii="Arial" w:hAnsi="Arial" w:cs="Arial"/>
          <w:sz w:val="24"/>
          <w:szCs w:val="24"/>
        </w:rPr>
        <w:t>Every year I have begun my report expressing my thanks and gratitude</w:t>
      </w:r>
      <w:r w:rsidR="0092402E" w:rsidRPr="00786F3B">
        <w:rPr>
          <w:rFonts w:ascii="Arial" w:hAnsi="Arial" w:cs="Arial"/>
          <w:sz w:val="24"/>
          <w:szCs w:val="24"/>
        </w:rPr>
        <w:t xml:space="preserve"> to</w:t>
      </w:r>
      <w:r w:rsidRPr="00786F3B">
        <w:rPr>
          <w:rFonts w:ascii="Arial" w:hAnsi="Arial" w:cs="Arial"/>
          <w:sz w:val="24"/>
          <w:szCs w:val="24"/>
        </w:rPr>
        <w:t xml:space="preserve"> you, our investors and</w:t>
      </w:r>
      <w:r w:rsidR="0092402E" w:rsidRPr="00786F3B">
        <w:rPr>
          <w:rFonts w:ascii="Arial" w:hAnsi="Arial" w:cs="Arial"/>
          <w:sz w:val="24"/>
          <w:szCs w:val="24"/>
        </w:rPr>
        <w:t xml:space="preserve"> all our customers, volunteers, and the Management Committee.</w:t>
      </w:r>
      <w:r w:rsidRPr="00786F3B">
        <w:rPr>
          <w:rFonts w:ascii="Arial" w:hAnsi="Arial" w:cs="Arial"/>
          <w:sz w:val="24"/>
          <w:szCs w:val="24"/>
        </w:rPr>
        <w:t xml:space="preserve"> And I am so happy to be able to do so once again. </w:t>
      </w:r>
    </w:p>
    <w:p w14:paraId="356A15A9" w14:textId="293B210F" w:rsidR="00324EB0" w:rsidRPr="00786F3B" w:rsidRDefault="00324EB0">
      <w:pPr>
        <w:rPr>
          <w:rFonts w:ascii="Arial" w:hAnsi="Arial" w:cs="Arial"/>
          <w:sz w:val="24"/>
          <w:szCs w:val="24"/>
        </w:rPr>
      </w:pPr>
      <w:r w:rsidRPr="00786F3B">
        <w:rPr>
          <w:rFonts w:ascii="Arial" w:hAnsi="Arial" w:cs="Arial"/>
          <w:sz w:val="24"/>
          <w:szCs w:val="24"/>
        </w:rPr>
        <w:t>Special thanks go to all our sponsors for the windows</w:t>
      </w:r>
      <w:r w:rsidR="00253053" w:rsidRPr="00786F3B">
        <w:rPr>
          <w:rFonts w:ascii="Arial" w:hAnsi="Arial" w:cs="Arial"/>
          <w:sz w:val="24"/>
          <w:szCs w:val="24"/>
        </w:rPr>
        <w:t xml:space="preserve">. Through their generous sponsorship at £150 per pane of glass we were able to raise </w:t>
      </w:r>
      <w:r w:rsidR="00F142DB" w:rsidRPr="00786F3B">
        <w:rPr>
          <w:rFonts w:ascii="Arial" w:hAnsi="Arial" w:cs="Arial"/>
          <w:sz w:val="24"/>
          <w:szCs w:val="24"/>
        </w:rPr>
        <w:t>£6,300</w:t>
      </w:r>
      <w:r w:rsidR="00253053" w:rsidRPr="00786F3B">
        <w:rPr>
          <w:rFonts w:ascii="Arial" w:hAnsi="Arial" w:cs="Arial"/>
          <w:color w:val="EE0000"/>
          <w:sz w:val="24"/>
          <w:szCs w:val="24"/>
        </w:rPr>
        <w:t xml:space="preserve"> </w:t>
      </w:r>
      <w:r w:rsidR="00253053" w:rsidRPr="00786F3B">
        <w:rPr>
          <w:rFonts w:ascii="Arial" w:hAnsi="Arial" w:cs="Arial"/>
          <w:sz w:val="24"/>
          <w:szCs w:val="24"/>
        </w:rPr>
        <w:t>which</w:t>
      </w:r>
      <w:r w:rsidR="00AB42EE" w:rsidRPr="00786F3B">
        <w:rPr>
          <w:rFonts w:ascii="Arial" w:hAnsi="Arial" w:cs="Arial"/>
          <w:sz w:val="24"/>
          <w:szCs w:val="24"/>
        </w:rPr>
        <w:t>,</w:t>
      </w:r>
      <w:r w:rsidR="00253053" w:rsidRPr="00786F3B">
        <w:rPr>
          <w:rFonts w:ascii="Arial" w:hAnsi="Arial" w:cs="Arial"/>
          <w:sz w:val="24"/>
          <w:szCs w:val="24"/>
        </w:rPr>
        <w:t xml:space="preserve"> </w:t>
      </w:r>
      <w:r w:rsidR="00AB42EE" w:rsidRPr="00786F3B">
        <w:rPr>
          <w:rFonts w:ascii="Arial" w:hAnsi="Arial" w:cs="Arial"/>
          <w:sz w:val="24"/>
          <w:szCs w:val="24"/>
        </w:rPr>
        <w:t xml:space="preserve">with </w:t>
      </w:r>
      <w:r w:rsidR="00253053" w:rsidRPr="00786F3B">
        <w:rPr>
          <w:rFonts w:ascii="Arial" w:hAnsi="Arial" w:cs="Arial"/>
          <w:sz w:val="24"/>
          <w:szCs w:val="24"/>
        </w:rPr>
        <w:t xml:space="preserve">that sponsorship topped up </w:t>
      </w:r>
      <w:r w:rsidR="00AB42EE" w:rsidRPr="00786F3B">
        <w:rPr>
          <w:rFonts w:ascii="Arial" w:hAnsi="Arial" w:cs="Arial"/>
          <w:sz w:val="24"/>
          <w:szCs w:val="24"/>
        </w:rPr>
        <w:t>by</w:t>
      </w:r>
      <w:r w:rsidR="00253053" w:rsidRPr="00786F3B">
        <w:rPr>
          <w:rFonts w:ascii="Arial" w:hAnsi="Arial" w:cs="Arial"/>
          <w:sz w:val="24"/>
          <w:szCs w:val="24"/>
        </w:rPr>
        <w:t xml:space="preserve"> funds from our operating profit, enabled us to replace the windows in the front of the pub</w:t>
      </w:r>
      <w:r w:rsidR="00FF43D9" w:rsidRPr="00786F3B">
        <w:rPr>
          <w:rFonts w:ascii="Arial" w:hAnsi="Arial" w:cs="Arial"/>
          <w:sz w:val="24"/>
          <w:szCs w:val="24"/>
        </w:rPr>
        <w:t>. We are in the process of organizing a board of recognition with all the sponsors names to be hung in the bar.</w:t>
      </w:r>
    </w:p>
    <w:p w14:paraId="53825DD8" w14:textId="5BFFAAAB" w:rsidR="00E709CA" w:rsidRPr="00786F3B" w:rsidRDefault="00E709CA">
      <w:pPr>
        <w:rPr>
          <w:rFonts w:ascii="Arial" w:hAnsi="Arial" w:cs="Arial"/>
          <w:sz w:val="24"/>
          <w:szCs w:val="24"/>
        </w:rPr>
      </w:pPr>
      <w:r w:rsidRPr="00786F3B">
        <w:rPr>
          <w:rFonts w:ascii="Arial" w:hAnsi="Arial" w:cs="Arial"/>
          <w:sz w:val="24"/>
          <w:szCs w:val="24"/>
        </w:rPr>
        <w:t>We Directors would like to thank the bar team very ably led by Reon and Joe for their continued hard work in providing a warm and welcoming environment in the pub</w:t>
      </w:r>
      <w:r w:rsidR="00D365D0">
        <w:rPr>
          <w:rFonts w:ascii="Arial" w:hAnsi="Arial" w:cs="Arial"/>
          <w:sz w:val="24"/>
          <w:szCs w:val="24"/>
        </w:rPr>
        <w:t xml:space="preserve"> as well as </w:t>
      </w:r>
      <w:r w:rsidR="0001260E">
        <w:rPr>
          <w:rFonts w:ascii="Arial" w:hAnsi="Arial" w:cs="Arial"/>
          <w:sz w:val="24"/>
          <w:szCs w:val="24"/>
        </w:rPr>
        <w:t>thanking Paul Farrow for the wine list refresh</w:t>
      </w:r>
      <w:r w:rsidR="006F46ED">
        <w:rPr>
          <w:rFonts w:ascii="Arial" w:hAnsi="Arial" w:cs="Arial"/>
          <w:sz w:val="24"/>
          <w:szCs w:val="24"/>
        </w:rPr>
        <w:t xml:space="preserve">, certain customers had a merry time </w:t>
      </w:r>
      <w:r w:rsidR="00E752AA">
        <w:rPr>
          <w:rFonts w:ascii="Arial" w:hAnsi="Arial" w:cs="Arial"/>
          <w:sz w:val="24"/>
          <w:szCs w:val="24"/>
        </w:rPr>
        <w:t xml:space="preserve">tasting the proposed </w:t>
      </w:r>
      <w:r w:rsidR="005A5A34">
        <w:rPr>
          <w:rFonts w:ascii="Arial" w:hAnsi="Arial" w:cs="Arial"/>
          <w:sz w:val="24"/>
          <w:szCs w:val="24"/>
        </w:rPr>
        <w:t>choices</w:t>
      </w:r>
      <w:r w:rsidRPr="00786F3B">
        <w:rPr>
          <w:rFonts w:ascii="Arial" w:hAnsi="Arial" w:cs="Arial"/>
          <w:sz w:val="24"/>
          <w:szCs w:val="24"/>
        </w:rPr>
        <w:t xml:space="preserve">. </w:t>
      </w:r>
    </w:p>
    <w:p w14:paraId="3442EC3E" w14:textId="2FEA5A1A" w:rsidR="00C11B23" w:rsidRPr="00786F3B" w:rsidRDefault="00E709CA">
      <w:pPr>
        <w:rPr>
          <w:rFonts w:ascii="Arial" w:hAnsi="Arial" w:cs="Arial"/>
          <w:sz w:val="24"/>
          <w:szCs w:val="24"/>
        </w:rPr>
      </w:pPr>
      <w:r w:rsidRPr="00786F3B">
        <w:rPr>
          <w:rFonts w:ascii="Arial" w:hAnsi="Arial" w:cs="Arial"/>
          <w:sz w:val="24"/>
          <w:szCs w:val="24"/>
        </w:rPr>
        <w:t xml:space="preserve">We would also like to recognise the work carried out by the Management Committee behind the scenes that keep the pub going. All the financial, legal and HR functions, the management of the food trucks, refurbishment and garden work are carried out on a purely voluntary basis and </w:t>
      </w:r>
      <w:r w:rsidR="00E033E3" w:rsidRPr="00786F3B">
        <w:rPr>
          <w:rFonts w:ascii="Arial" w:hAnsi="Arial" w:cs="Arial"/>
          <w:sz w:val="24"/>
          <w:szCs w:val="24"/>
        </w:rPr>
        <w:t>without their time and effort the pub would struggle financially</w:t>
      </w:r>
      <w:r w:rsidR="00324EB0" w:rsidRPr="00786F3B">
        <w:rPr>
          <w:rFonts w:ascii="Arial" w:hAnsi="Arial" w:cs="Arial"/>
          <w:sz w:val="24"/>
          <w:szCs w:val="24"/>
        </w:rPr>
        <w:t>.</w:t>
      </w:r>
    </w:p>
    <w:p w14:paraId="3168059C" w14:textId="4792BCF0" w:rsidR="009A04DF" w:rsidRPr="00786F3B" w:rsidRDefault="009A04DF">
      <w:pPr>
        <w:rPr>
          <w:rFonts w:ascii="Arial" w:hAnsi="Arial" w:cs="Arial"/>
          <w:sz w:val="24"/>
          <w:szCs w:val="24"/>
        </w:rPr>
      </w:pPr>
      <w:r w:rsidRPr="00786F3B">
        <w:rPr>
          <w:rFonts w:ascii="Arial" w:hAnsi="Arial" w:cs="Arial"/>
          <w:sz w:val="24"/>
          <w:szCs w:val="24"/>
        </w:rPr>
        <w:t xml:space="preserve">We must </w:t>
      </w:r>
      <w:r w:rsidR="008047A0" w:rsidRPr="00786F3B">
        <w:rPr>
          <w:rFonts w:ascii="Arial" w:hAnsi="Arial" w:cs="Arial"/>
          <w:sz w:val="24"/>
          <w:szCs w:val="24"/>
        </w:rPr>
        <w:t>also not</w:t>
      </w:r>
      <w:r w:rsidRPr="00786F3B">
        <w:rPr>
          <w:rFonts w:ascii="Arial" w:hAnsi="Arial" w:cs="Arial"/>
          <w:sz w:val="24"/>
          <w:szCs w:val="24"/>
        </w:rPr>
        <w:t xml:space="preserve"> forget the many people</w:t>
      </w:r>
      <w:r w:rsidR="00592A51" w:rsidRPr="00786F3B">
        <w:rPr>
          <w:rFonts w:ascii="Arial" w:hAnsi="Arial" w:cs="Arial"/>
          <w:sz w:val="24"/>
          <w:szCs w:val="24"/>
        </w:rPr>
        <w:t xml:space="preserve"> </w:t>
      </w:r>
      <w:r w:rsidR="00487651" w:rsidRPr="00786F3B">
        <w:rPr>
          <w:rFonts w:ascii="Arial" w:hAnsi="Arial" w:cs="Arial"/>
          <w:sz w:val="24"/>
          <w:szCs w:val="24"/>
        </w:rPr>
        <w:t>whether</w:t>
      </w:r>
      <w:r w:rsidR="009E454D" w:rsidRPr="00786F3B">
        <w:rPr>
          <w:rFonts w:ascii="Arial" w:hAnsi="Arial" w:cs="Arial"/>
          <w:sz w:val="24"/>
          <w:szCs w:val="24"/>
        </w:rPr>
        <w:t xml:space="preserve"> local</w:t>
      </w:r>
      <w:r w:rsidR="00592A51" w:rsidRPr="00786F3B">
        <w:rPr>
          <w:rFonts w:ascii="Arial" w:hAnsi="Arial" w:cs="Arial"/>
          <w:sz w:val="24"/>
          <w:szCs w:val="24"/>
        </w:rPr>
        <w:t xml:space="preserve"> tradespersons </w:t>
      </w:r>
      <w:r w:rsidR="009E454D" w:rsidRPr="00786F3B">
        <w:rPr>
          <w:rFonts w:ascii="Arial" w:hAnsi="Arial" w:cs="Arial"/>
          <w:sz w:val="24"/>
          <w:szCs w:val="24"/>
        </w:rPr>
        <w:t xml:space="preserve">or simply </w:t>
      </w:r>
      <w:r w:rsidR="00C90D53" w:rsidRPr="00786F3B">
        <w:rPr>
          <w:rFonts w:ascii="Arial" w:hAnsi="Arial" w:cs="Arial"/>
          <w:sz w:val="24"/>
          <w:szCs w:val="24"/>
        </w:rPr>
        <w:t>volunteers,</w:t>
      </w:r>
      <w:r w:rsidR="009E454D" w:rsidRPr="00786F3B">
        <w:rPr>
          <w:rFonts w:ascii="Arial" w:hAnsi="Arial" w:cs="Arial"/>
          <w:sz w:val="24"/>
          <w:szCs w:val="24"/>
        </w:rPr>
        <w:t xml:space="preserve"> </w:t>
      </w:r>
      <w:r w:rsidR="00592A51" w:rsidRPr="00786F3B">
        <w:rPr>
          <w:rFonts w:ascii="Arial" w:hAnsi="Arial" w:cs="Arial"/>
          <w:sz w:val="24"/>
          <w:szCs w:val="24"/>
        </w:rPr>
        <w:t xml:space="preserve">who have continually helped us </w:t>
      </w:r>
      <w:r w:rsidR="00487651" w:rsidRPr="00786F3B">
        <w:rPr>
          <w:rFonts w:ascii="Arial" w:hAnsi="Arial" w:cs="Arial"/>
          <w:sz w:val="24"/>
          <w:szCs w:val="24"/>
        </w:rPr>
        <w:t xml:space="preserve">with improvements to the building </w:t>
      </w:r>
      <w:r w:rsidR="00487651" w:rsidRPr="00786F3B">
        <w:rPr>
          <w:rFonts w:ascii="Arial" w:hAnsi="Arial" w:cs="Arial"/>
          <w:sz w:val="24"/>
          <w:szCs w:val="24"/>
        </w:rPr>
        <w:lastRenderedPageBreak/>
        <w:t>and garden</w:t>
      </w:r>
      <w:r w:rsidR="009E454D" w:rsidRPr="00786F3B">
        <w:rPr>
          <w:rFonts w:ascii="Arial" w:hAnsi="Arial" w:cs="Arial"/>
          <w:sz w:val="24"/>
          <w:szCs w:val="24"/>
        </w:rPr>
        <w:t xml:space="preserve"> throughout this and all previous years</w:t>
      </w:r>
      <w:r w:rsidR="008047A0" w:rsidRPr="00786F3B">
        <w:rPr>
          <w:rFonts w:ascii="Arial" w:hAnsi="Arial" w:cs="Arial"/>
          <w:sz w:val="24"/>
          <w:szCs w:val="24"/>
        </w:rPr>
        <w:t xml:space="preserve">. It is so good to have a </w:t>
      </w:r>
      <w:r w:rsidR="00FC5A0C" w:rsidRPr="00786F3B">
        <w:rPr>
          <w:rFonts w:ascii="Arial" w:hAnsi="Arial" w:cs="Arial"/>
          <w:sz w:val="24"/>
          <w:szCs w:val="24"/>
        </w:rPr>
        <w:t xml:space="preserve">loyal </w:t>
      </w:r>
      <w:r w:rsidR="00504245">
        <w:rPr>
          <w:rFonts w:ascii="Arial" w:hAnsi="Arial" w:cs="Arial"/>
          <w:sz w:val="24"/>
          <w:szCs w:val="24"/>
        </w:rPr>
        <w:t>team</w:t>
      </w:r>
      <w:r w:rsidR="00C90D53" w:rsidRPr="00786F3B">
        <w:rPr>
          <w:rFonts w:ascii="Arial" w:hAnsi="Arial" w:cs="Arial"/>
          <w:sz w:val="24"/>
          <w:szCs w:val="24"/>
        </w:rPr>
        <w:t xml:space="preserve"> we can turn to</w:t>
      </w:r>
      <w:r w:rsidR="00487651" w:rsidRPr="00786F3B">
        <w:rPr>
          <w:rFonts w:ascii="Arial" w:hAnsi="Arial" w:cs="Arial"/>
          <w:sz w:val="24"/>
          <w:szCs w:val="24"/>
        </w:rPr>
        <w:t xml:space="preserve"> </w:t>
      </w:r>
      <w:r w:rsidR="00956AAD" w:rsidRPr="00786F3B">
        <w:rPr>
          <w:rFonts w:ascii="Arial" w:hAnsi="Arial" w:cs="Arial"/>
          <w:sz w:val="24"/>
          <w:szCs w:val="24"/>
        </w:rPr>
        <w:t>when we are in need, so thank you one and all.</w:t>
      </w:r>
    </w:p>
    <w:p w14:paraId="1DE97CFA" w14:textId="42BCD3ED" w:rsidR="009B7D4D" w:rsidRPr="00786F3B" w:rsidRDefault="0092402E">
      <w:pPr>
        <w:rPr>
          <w:rFonts w:ascii="Arial" w:hAnsi="Arial" w:cs="Arial"/>
          <w:sz w:val="24"/>
          <w:szCs w:val="24"/>
        </w:rPr>
      </w:pPr>
      <w:r w:rsidRPr="00786F3B">
        <w:rPr>
          <w:rFonts w:ascii="Arial" w:hAnsi="Arial" w:cs="Arial"/>
          <w:sz w:val="24"/>
          <w:szCs w:val="24"/>
        </w:rPr>
        <w:t xml:space="preserve">Your combined efforts have been the foundation of </w:t>
      </w:r>
      <w:r w:rsidR="00E033E3" w:rsidRPr="00786F3B">
        <w:rPr>
          <w:rFonts w:ascii="Arial" w:hAnsi="Arial" w:cs="Arial"/>
          <w:sz w:val="24"/>
          <w:szCs w:val="24"/>
        </w:rPr>
        <w:t xml:space="preserve">yet </w:t>
      </w:r>
      <w:r w:rsidRPr="00786F3B">
        <w:rPr>
          <w:rFonts w:ascii="Arial" w:hAnsi="Arial" w:cs="Arial"/>
          <w:sz w:val="24"/>
          <w:szCs w:val="24"/>
        </w:rPr>
        <w:t>another successful year at the Bell and Bear.</w:t>
      </w:r>
    </w:p>
    <w:p w14:paraId="216C51B9" w14:textId="77777777" w:rsidR="009B7D4D" w:rsidRPr="00786F3B" w:rsidRDefault="0092402E">
      <w:pPr>
        <w:pStyle w:val="Heading2"/>
        <w:rPr>
          <w:rFonts w:ascii="Arial" w:hAnsi="Arial" w:cs="Arial"/>
          <w:b w:val="0"/>
          <w:bCs w:val="0"/>
          <w:sz w:val="24"/>
          <w:szCs w:val="24"/>
        </w:rPr>
      </w:pPr>
      <w:r w:rsidRPr="00786F3B">
        <w:rPr>
          <w:rFonts w:ascii="Arial" w:hAnsi="Arial" w:cs="Arial"/>
          <w:b w:val="0"/>
          <w:bCs w:val="0"/>
          <w:sz w:val="24"/>
          <w:szCs w:val="24"/>
        </w:rPr>
        <w:t>Year in Review</w:t>
      </w:r>
    </w:p>
    <w:p w14:paraId="5387E3F2" w14:textId="6D9C7881" w:rsidR="009B7D4D" w:rsidRPr="00786F3B" w:rsidRDefault="0092402E">
      <w:pPr>
        <w:rPr>
          <w:rFonts w:ascii="Arial" w:hAnsi="Arial" w:cs="Arial"/>
          <w:sz w:val="24"/>
          <w:szCs w:val="24"/>
        </w:rPr>
      </w:pPr>
      <w:r w:rsidRPr="00786F3B">
        <w:rPr>
          <w:rFonts w:ascii="Arial" w:hAnsi="Arial" w:cs="Arial"/>
          <w:sz w:val="24"/>
          <w:szCs w:val="24"/>
        </w:rPr>
        <w:t xml:space="preserve">This marks our </w:t>
      </w:r>
      <w:r w:rsidR="00C11B23" w:rsidRPr="00786F3B">
        <w:rPr>
          <w:rFonts w:ascii="Arial" w:hAnsi="Arial" w:cs="Arial"/>
          <w:sz w:val="24"/>
          <w:szCs w:val="24"/>
        </w:rPr>
        <w:t>fourth</w:t>
      </w:r>
      <w:r w:rsidRPr="00786F3B">
        <w:rPr>
          <w:rFonts w:ascii="Arial" w:hAnsi="Arial" w:cs="Arial"/>
          <w:sz w:val="24"/>
          <w:szCs w:val="24"/>
        </w:rPr>
        <w:t xml:space="preserve"> consecutive year of successful trading, with turnover growing by a further </w:t>
      </w:r>
      <w:r w:rsidR="00FD68B0" w:rsidRPr="00786F3B">
        <w:rPr>
          <w:rFonts w:ascii="Arial" w:hAnsi="Arial" w:cs="Arial"/>
          <w:sz w:val="24"/>
          <w:szCs w:val="24"/>
        </w:rPr>
        <w:t>21.5%</w:t>
      </w:r>
      <w:r w:rsidRPr="00786F3B">
        <w:rPr>
          <w:rFonts w:ascii="Arial" w:hAnsi="Arial" w:cs="Arial"/>
          <w:sz w:val="24"/>
          <w:szCs w:val="24"/>
        </w:rPr>
        <w:t xml:space="preserve"> compared to 202</w:t>
      </w:r>
      <w:r w:rsidR="00C11B23" w:rsidRPr="00786F3B">
        <w:rPr>
          <w:rFonts w:ascii="Arial" w:hAnsi="Arial" w:cs="Arial"/>
          <w:sz w:val="24"/>
          <w:szCs w:val="24"/>
        </w:rPr>
        <w:t>4</w:t>
      </w:r>
      <w:r w:rsidRPr="00786F3B">
        <w:rPr>
          <w:rFonts w:ascii="Arial" w:hAnsi="Arial" w:cs="Arial"/>
          <w:sz w:val="24"/>
          <w:szCs w:val="24"/>
        </w:rPr>
        <w:t>/2</w:t>
      </w:r>
      <w:r w:rsidR="00C11B23" w:rsidRPr="00786F3B">
        <w:rPr>
          <w:rFonts w:ascii="Arial" w:hAnsi="Arial" w:cs="Arial"/>
          <w:sz w:val="24"/>
          <w:szCs w:val="24"/>
        </w:rPr>
        <w:t>5</w:t>
      </w:r>
      <w:r w:rsidRPr="00786F3B">
        <w:rPr>
          <w:rFonts w:ascii="Arial" w:hAnsi="Arial" w:cs="Arial"/>
          <w:sz w:val="24"/>
          <w:szCs w:val="24"/>
        </w:rPr>
        <w:t xml:space="preserve">. We’re </w:t>
      </w:r>
      <w:r w:rsidR="00FD68B0" w:rsidRPr="00786F3B">
        <w:rPr>
          <w:rFonts w:ascii="Arial" w:hAnsi="Arial" w:cs="Arial"/>
          <w:sz w:val="24"/>
          <w:szCs w:val="24"/>
        </w:rPr>
        <w:t xml:space="preserve">also </w:t>
      </w:r>
      <w:r w:rsidRPr="00786F3B">
        <w:rPr>
          <w:rFonts w:ascii="Arial" w:hAnsi="Arial" w:cs="Arial"/>
          <w:sz w:val="24"/>
          <w:szCs w:val="24"/>
        </w:rPr>
        <w:t>pleased to report a</w:t>
      </w:r>
      <w:r w:rsidR="00C11B23" w:rsidRPr="00786F3B">
        <w:rPr>
          <w:rFonts w:ascii="Arial" w:hAnsi="Arial" w:cs="Arial"/>
          <w:sz w:val="24"/>
          <w:szCs w:val="24"/>
        </w:rPr>
        <w:t>n</w:t>
      </w:r>
      <w:r w:rsidRPr="00786F3B">
        <w:rPr>
          <w:rFonts w:ascii="Arial" w:hAnsi="Arial" w:cs="Arial"/>
          <w:sz w:val="24"/>
          <w:szCs w:val="24"/>
        </w:rPr>
        <w:t xml:space="preserve"> operating profit, which </w:t>
      </w:r>
      <w:r w:rsidR="00FD68B0" w:rsidRPr="00786F3B">
        <w:rPr>
          <w:rFonts w:ascii="Arial" w:hAnsi="Arial" w:cs="Arial"/>
          <w:sz w:val="24"/>
          <w:szCs w:val="24"/>
        </w:rPr>
        <w:t>we continue to</w:t>
      </w:r>
      <w:r w:rsidRPr="00786F3B">
        <w:rPr>
          <w:rFonts w:ascii="Arial" w:hAnsi="Arial" w:cs="Arial"/>
          <w:sz w:val="24"/>
          <w:szCs w:val="24"/>
        </w:rPr>
        <w:t xml:space="preserve"> reinvest into the pub</w:t>
      </w:r>
      <w:r w:rsidR="00FD68B0" w:rsidRPr="00786F3B">
        <w:rPr>
          <w:rFonts w:ascii="Arial" w:hAnsi="Arial" w:cs="Arial"/>
          <w:sz w:val="24"/>
          <w:szCs w:val="24"/>
        </w:rPr>
        <w:t xml:space="preserve"> building and garden</w:t>
      </w:r>
      <w:r w:rsidR="001E6C44" w:rsidRPr="00786F3B">
        <w:rPr>
          <w:rFonts w:ascii="Arial" w:hAnsi="Arial" w:cs="Arial"/>
          <w:sz w:val="24"/>
          <w:szCs w:val="24"/>
        </w:rPr>
        <w:t xml:space="preserve">.  This includes the general maintenance required of an old building and enabled </w:t>
      </w:r>
      <w:r w:rsidRPr="00786F3B">
        <w:rPr>
          <w:rFonts w:ascii="Arial" w:hAnsi="Arial" w:cs="Arial"/>
          <w:sz w:val="24"/>
          <w:szCs w:val="24"/>
        </w:rPr>
        <w:t xml:space="preserve">larger projects such as </w:t>
      </w:r>
      <w:r w:rsidR="00F252C2" w:rsidRPr="00786F3B">
        <w:rPr>
          <w:rFonts w:ascii="Arial" w:hAnsi="Arial" w:cs="Arial"/>
          <w:sz w:val="24"/>
          <w:szCs w:val="24"/>
        </w:rPr>
        <w:t>essential window replacement</w:t>
      </w:r>
      <w:r w:rsidR="00253053" w:rsidRPr="00786F3B">
        <w:rPr>
          <w:rFonts w:ascii="Arial" w:hAnsi="Arial" w:cs="Arial"/>
          <w:sz w:val="24"/>
          <w:szCs w:val="24"/>
        </w:rPr>
        <w:t xml:space="preserve"> (plus the sponsorship)</w:t>
      </w:r>
      <w:r w:rsidR="001E6C44" w:rsidRPr="00786F3B">
        <w:rPr>
          <w:rFonts w:ascii="Arial" w:hAnsi="Arial" w:cs="Arial"/>
          <w:sz w:val="24"/>
          <w:szCs w:val="24"/>
        </w:rPr>
        <w:t>, relaying the car park</w:t>
      </w:r>
      <w:r w:rsidR="00F252C2" w:rsidRPr="00786F3B">
        <w:rPr>
          <w:rFonts w:ascii="Arial" w:hAnsi="Arial" w:cs="Arial"/>
          <w:sz w:val="24"/>
          <w:szCs w:val="24"/>
        </w:rPr>
        <w:t xml:space="preserve"> and </w:t>
      </w:r>
      <w:r w:rsidRPr="00786F3B">
        <w:rPr>
          <w:rFonts w:ascii="Arial" w:hAnsi="Arial" w:cs="Arial"/>
          <w:sz w:val="24"/>
          <w:szCs w:val="24"/>
        </w:rPr>
        <w:t>roof repairs</w:t>
      </w:r>
      <w:r w:rsidR="001E6C44" w:rsidRPr="00786F3B">
        <w:rPr>
          <w:rFonts w:ascii="Arial" w:hAnsi="Arial" w:cs="Arial"/>
          <w:sz w:val="24"/>
          <w:szCs w:val="24"/>
        </w:rPr>
        <w:t xml:space="preserve"> (for which we are just confirming Listed Building Consent)</w:t>
      </w:r>
      <w:r w:rsidR="00E033E3" w:rsidRPr="00786F3B">
        <w:rPr>
          <w:rFonts w:ascii="Arial" w:hAnsi="Arial" w:cs="Arial"/>
          <w:sz w:val="24"/>
          <w:szCs w:val="24"/>
        </w:rPr>
        <w:t xml:space="preserve"> to be carried out</w:t>
      </w:r>
      <w:r w:rsidRPr="00786F3B">
        <w:rPr>
          <w:rFonts w:ascii="Arial" w:hAnsi="Arial" w:cs="Arial"/>
          <w:sz w:val="24"/>
          <w:szCs w:val="24"/>
        </w:rPr>
        <w:t>.</w:t>
      </w:r>
      <w:r w:rsidR="00F83813" w:rsidRPr="00786F3B">
        <w:rPr>
          <w:rFonts w:ascii="Arial" w:hAnsi="Arial" w:cs="Arial"/>
          <w:sz w:val="24"/>
          <w:szCs w:val="24"/>
        </w:rPr>
        <w:t xml:space="preserve"> </w:t>
      </w:r>
      <w:r w:rsidR="00BA2DA3" w:rsidRPr="00786F3B">
        <w:rPr>
          <w:rFonts w:ascii="Arial" w:hAnsi="Arial" w:cs="Arial"/>
          <w:sz w:val="24"/>
          <w:szCs w:val="24"/>
        </w:rPr>
        <w:t>During last year we also completed the revamp of the kitchen</w:t>
      </w:r>
      <w:r w:rsidR="00734BA1" w:rsidRPr="00786F3B">
        <w:rPr>
          <w:rFonts w:ascii="Arial" w:hAnsi="Arial" w:cs="Arial"/>
          <w:sz w:val="24"/>
          <w:szCs w:val="24"/>
        </w:rPr>
        <w:t xml:space="preserve"> resulting in The Village Kitchen taking over the facility</w:t>
      </w:r>
      <w:r w:rsidR="00F04A1E" w:rsidRPr="00786F3B">
        <w:rPr>
          <w:rFonts w:ascii="Arial" w:hAnsi="Arial" w:cs="Arial"/>
          <w:sz w:val="24"/>
          <w:szCs w:val="24"/>
        </w:rPr>
        <w:t xml:space="preserve"> </w:t>
      </w:r>
      <w:r w:rsidR="00734BA1" w:rsidRPr="00786F3B">
        <w:rPr>
          <w:rFonts w:ascii="Arial" w:hAnsi="Arial" w:cs="Arial"/>
          <w:sz w:val="24"/>
          <w:szCs w:val="24"/>
        </w:rPr>
        <w:t>at the begi</w:t>
      </w:r>
      <w:r w:rsidR="00F04A1E" w:rsidRPr="00786F3B">
        <w:rPr>
          <w:rFonts w:ascii="Arial" w:hAnsi="Arial" w:cs="Arial"/>
          <w:sz w:val="24"/>
          <w:szCs w:val="24"/>
        </w:rPr>
        <w:t>nning of January 2026</w:t>
      </w:r>
      <w:r w:rsidR="0008536D" w:rsidRPr="00786F3B">
        <w:rPr>
          <w:rFonts w:ascii="Arial" w:hAnsi="Arial" w:cs="Arial"/>
          <w:sz w:val="24"/>
          <w:szCs w:val="24"/>
        </w:rPr>
        <w:t xml:space="preserve">. </w:t>
      </w:r>
    </w:p>
    <w:p w14:paraId="59E7C408" w14:textId="2AB89781" w:rsidR="00E87BA7" w:rsidRPr="00786F3B" w:rsidRDefault="002B1794">
      <w:pPr>
        <w:rPr>
          <w:rFonts w:ascii="Arial" w:hAnsi="Arial" w:cs="Arial"/>
          <w:sz w:val="24"/>
          <w:szCs w:val="24"/>
        </w:rPr>
      </w:pPr>
      <w:r w:rsidRPr="00786F3B">
        <w:rPr>
          <w:rFonts w:ascii="Arial" w:hAnsi="Arial" w:cs="Arial"/>
          <w:sz w:val="24"/>
          <w:szCs w:val="24"/>
        </w:rPr>
        <w:t xml:space="preserve">Saturday coffee mornings continue to be popular and with the acquisition </w:t>
      </w:r>
      <w:r w:rsidR="00E80954" w:rsidRPr="00786F3B">
        <w:rPr>
          <w:rFonts w:ascii="Arial" w:hAnsi="Arial" w:cs="Arial"/>
          <w:sz w:val="24"/>
          <w:szCs w:val="24"/>
        </w:rPr>
        <w:t xml:space="preserve">of a new coffee machine we are now able to provide </w:t>
      </w:r>
      <w:r w:rsidR="003F0AE1" w:rsidRPr="00786F3B">
        <w:rPr>
          <w:rFonts w:ascii="Arial" w:hAnsi="Arial" w:cs="Arial"/>
          <w:sz w:val="24"/>
          <w:szCs w:val="24"/>
        </w:rPr>
        <w:t>C</w:t>
      </w:r>
      <w:r w:rsidR="00E80954" w:rsidRPr="00786F3B">
        <w:rPr>
          <w:rFonts w:ascii="Arial" w:hAnsi="Arial" w:cs="Arial"/>
          <w:sz w:val="24"/>
          <w:szCs w:val="24"/>
        </w:rPr>
        <w:t>offee and Te</w:t>
      </w:r>
      <w:r w:rsidR="003F0AE1" w:rsidRPr="00786F3B">
        <w:rPr>
          <w:rFonts w:ascii="Arial" w:hAnsi="Arial" w:cs="Arial"/>
          <w:sz w:val="24"/>
          <w:szCs w:val="24"/>
        </w:rPr>
        <w:t xml:space="preserve">a throughout our entire trading hours, should you wish to pop in </w:t>
      </w:r>
      <w:r w:rsidR="00627270" w:rsidRPr="00786F3B">
        <w:rPr>
          <w:rFonts w:ascii="Arial" w:hAnsi="Arial" w:cs="Arial"/>
          <w:sz w:val="24"/>
          <w:szCs w:val="24"/>
        </w:rPr>
        <w:t>for something other than our usual drinks</w:t>
      </w:r>
      <w:r w:rsidR="00BE6DD7" w:rsidRPr="00786F3B">
        <w:rPr>
          <w:rFonts w:ascii="Arial" w:hAnsi="Arial" w:cs="Arial"/>
          <w:sz w:val="24"/>
          <w:szCs w:val="24"/>
        </w:rPr>
        <w:t xml:space="preserve"> offerings. If you haven’t yet experienced our Saturday coffee mornings then you are definitely missing out</w:t>
      </w:r>
      <w:r w:rsidR="00E87BA7" w:rsidRPr="00786F3B">
        <w:rPr>
          <w:rFonts w:ascii="Arial" w:hAnsi="Arial" w:cs="Arial"/>
          <w:sz w:val="24"/>
          <w:szCs w:val="24"/>
        </w:rPr>
        <w:t>. There’s even cake or</w:t>
      </w:r>
      <w:r w:rsidR="00667EA5">
        <w:rPr>
          <w:rFonts w:ascii="Arial" w:hAnsi="Arial" w:cs="Arial"/>
          <w:sz w:val="24"/>
          <w:szCs w:val="24"/>
        </w:rPr>
        <w:t>,</w:t>
      </w:r>
      <w:r w:rsidR="00E87BA7" w:rsidRPr="00786F3B">
        <w:rPr>
          <w:rFonts w:ascii="Arial" w:hAnsi="Arial" w:cs="Arial"/>
          <w:sz w:val="24"/>
          <w:szCs w:val="24"/>
        </w:rPr>
        <w:t xml:space="preserve"> every other week</w:t>
      </w:r>
      <w:r w:rsidR="00667EA5">
        <w:rPr>
          <w:rFonts w:ascii="Arial" w:hAnsi="Arial" w:cs="Arial"/>
          <w:sz w:val="24"/>
          <w:szCs w:val="24"/>
        </w:rPr>
        <w:t>,</w:t>
      </w:r>
      <w:r w:rsidR="00E87BA7" w:rsidRPr="00786F3B">
        <w:rPr>
          <w:rFonts w:ascii="Arial" w:hAnsi="Arial" w:cs="Arial"/>
          <w:sz w:val="24"/>
          <w:szCs w:val="24"/>
        </w:rPr>
        <w:t xml:space="preserve"> The Village Kitchen will provide a </w:t>
      </w:r>
      <w:r w:rsidR="0010759F" w:rsidRPr="00786F3B">
        <w:rPr>
          <w:rFonts w:ascii="Arial" w:hAnsi="Arial" w:cs="Arial"/>
          <w:sz w:val="24"/>
          <w:szCs w:val="24"/>
        </w:rPr>
        <w:t>proper breakfast at a very reasonable price</w:t>
      </w:r>
      <w:r w:rsidR="00E87BA7" w:rsidRPr="00786F3B">
        <w:rPr>
          <w:rFonts w:ascii="Arial" w:hAnsi="Arial" w:cs="Arial"/>
          <w:sz w:val="24"/>
          <w:szCs w:val="24"/>
        </w:rPr>
        <w:t>!</w:t>
      </w:r>
    </w:p>
    <w:p w14:paraId="09BB70AA" w14:textId="49AB0A1E" w:rsidR="00CC745F" w:rsidRPr="00786F3B" w:rsidRDefault="00CC745F">
      <w:pPr>
        <w:rPr>
          <w:rFonts w:ascii="Arial" w:hAnsi="Arial" w:cs="Arial"/>
          <w:sz w:val="24"/>
          <w:szCs w:val="24"/>
        </w:rPr>
      </w:pPr>
      <w:r w:rsidRPr="00786F3B">
        <w:rPr>
          <w:rFonts w:ascii="Arial" w:hAnsi="Arial" w:cs="Arial"/>
          <w:sz w:val="24"/>
          <w:szCs w:val="24"/>
        </w:rPr>
        <w:t xml:space="preserve">We are really proud and pleased to say that we have continued to be recognized by CAMRA through the year from runner up to the winner of the Milton Keynes and North Bucks CAMRA award for both </w:t>
      </w:r>
      <w:r w:rsidR="00AB42EE" w:rsidRPr="00786F3B">
        <w:rPr>
          <w:rFonts w:ascii="Arial" w:hAnsi="Arial" w:cs="Arial"/>
          <w:sz w:val="24"/>
          <w:szCs w:val="24"/>
        </w:rPr>
        <w:t xml:space="preserve">real </w:t>
      </w:r>
      <w:r w:rsidRPr="00786F3B">
        <w:rPr>
          <w:rFonts w:ascii="Arial" w:hAnsi="Arial" w:cs="Arial"/>
          <w:sz w:val="24"/>
          <w:szCs w:val="24"/>
        </w:rPr>
        <w:t xml:space="preserve">ale and cider and now more recently winner of the Buckinghamshire </w:t>
      </w:r>
      <w:r w:rsidR="00406146" w:rsidRPr="00786F3B">
        <w:rPr>
          <w:rFonts w:ascii="Arial" w:hAnsi="Arial" w:cs="Arial"/>
          <w:sz w:val="24"/>
          <w:szCs w:val="24"/>
        </w:rPr>
        <w:t>CAMRA award for County pub of the year 2026</w:t>
      </w:r>
      <w:r w:rsidR="00AB42EE" w:rsidRPr="00786F3B">
        <w:rPr>
          <w:rFonts w:ascii="Arial" w:hAnsi="Arial" w:cs="Arial"/>
          <w:sz w:val="24"/>
          <w:szCs w:val="24"/>
        </w:rPr>
        <w:t>.</w:t>
      </w:r>
    </w:p>
    <w:p w14:paraId="3230B25A" w14:textId="07B6922C" w:rsidR="006525A0" w:rsidRPr="00786F3B" w:rsidRDefault="006525A0">
      <w:pPr>
        <w:rPr>
          <w:rFonts w:ascii="Arial" w:hAnsi="Arial" w:cs="Arial"/>
          <w:sz w:val="24"/>
          <w:szCs w:val="24"/>
        </w:rPr>
      </w:pPr>
      <w:r w:rsidRPr="00786F3B">
        <w:rPr>
          <w:rFonts w:ascii="Arial" w:hAnsi="Arial" w:cs="Arial"/>
          <w:sz w:val="24"/>
          <w:szCs w:val="24"/>
        </w:rPr>
        <w:t xml:space="preserve">The Pub also sponsors our local </w:t>
      </w:r>
      <w:r w:rsidR="00B15B34" w:rsidRPr="00786F3B">
        <w:rPr>
          <w:rFonts w:ascii="Arial" w:hAnsi="Arial" w:cs="Arial"/>
          <w:sz w:val="24"/>
          <w:szCs w:val="24"/>
        </w:rPr>
        <w:t>football team, Emberton United</w:t>
      </w:r>
      <w:r w:rsidR="004E638B">
        <w:rPr>
          <w:rFonts w:ascii="Arial" w:hAnsi="Arial" w:cs="Arial"/>
          <w:sz w:val="24"/>
          <w:szCs w:val="24"/>
        </w:rPr>
        <w:t>,</w:t>
      </w:r>
      <w:r w:rsidR="00056ADE" w:rsidRPr="00786F3B">
        <w:rPr>
          <w:rFonts w:ascii="Arial" w:hAnsi="Arial" w:cs="Arial"/>
          <w:sz w:val="24"/>
          <w:szCs w:val="24"/>
        </w:rPr>
        <w:t xml:space="preserve"> as a further community venture. They welcome supporters for their matches on Saturdays during the football season </w:t>
      </w:r>
      <w:r w:rsidR="00783E07" w:rsidRPr="00786F3B">
        <w:rPr>
          <w:rFonts w:ascii="Arial" w:hAnsi="Arial" w:cs="Arial"/>
          <w:sz w:val="24"/>
          <w:szCs w:val="24"/>
        </w:rPr>
        <w:t xml:space="preserve">played upon </w:t>
      </w:r>
      <w:r w:rsidR="00A61519" w:rsidRPr="00786F3B">
        <w:rPr>
          <w:rFonts w:ascii="Arial" w:hAnsi="Arial" w:cs="Arial"/>
          <w:sz w:val="24"/>
          <w:szCs w:val="24"/>
        </w:rPr>
        <w:t>Emberton’s</w:t>
      </w:r>
      <w:r w:rsidR="00783E07" w:rsidRPr="00786F3B">
        <w:rPr>
          <w:rFonts w:ascii="Arial" w:hAnsi="Arial" w:cs="Arial"/>
          <w:sz w:val="24"/>
          <w:szCs w:val="24"/>
        </w:rPr>
        <w:t xml:space="preserve"> sports playing fields </w:t>
      </w:r>
      <w:r w:rsidR="00E04AEA" w:rsidRPr="00786F3B">
        <w:rPr>
          <w:rFonts w:ascii="Arial" w:hAnsi="Arial" w:cs="Arial"/>
          <w:sz w:val="24"/>
          <w:szCs w:val="24"/>
        </w:rPr>
        <w:t xml:space="preserve">at the </w:t>
      </w:r>
      <w:r w:rsidR="00A61519" w:rsidRPr="00786F3B">
        <w:rPr>
          <w:rFonts w:ascii="Arial" w:hAnsi="Arial" w:cs="Arial"/>
          <w:sz w:val="24"/>
          <w:szCs w:val="24"/>
        </w:rPr>
        <w:t>end of</w:t>
      </w:r>
      <w:r w:rsidR="00783E07" w:rsidRPr="00786F3B">
        <w:rPr>
          <w:rFonts w:ascii="Arial" w:hAnsi="Arial" w:cs="Arial"/>
          <w:sz w:val="24"/>
          <w:szCs w:val="24"/>
        </w:rPr>
        <w:t xml:space="preserve"> </w:t>
      </w:r>
      <w:r w:rsidR="00E04AEA" w:rsidRPr="00786F3B">
        <w:rPr>
          <w:rFonts w:ascii="Arial" w:hAnsi="Arial" w:cs="Arial"/>
          <w:sz w:val="24"/>
          <w:szCs w:val="24"/>
        </w:rPr>
        <w:t>Hulton Drive</w:t>
      </w:r>
      <w:r w:rsidR="00662572" w:rsidRPr="00786F3B">
        <w:rPr>
          <w:rFonts w:ascii="Arial" w:hAnsi="Arial" w:cs="Arial"/>
          <w:sz w:val="24"/>
          <w:szCs w:val="24"/>
        </w:rPr>
        <w:t>.</w:t>
      </w:r>
    </w:p>
    <w:p w14:paraId="18A8CE34" w14:textId="77777777" w:rsidR="009B7D4D" w:rsidRPr="00786F3B" w:rsidRDefault="0092402E">
      <w:pPr>
        <w:pStyle w:val="Heading2"/>
        <w:rPr>
          <w:rFonts w:ascii="Arial" w:hAnsi="Arial" w:cs="Arial"/>
          <w:b w:val="0"/>
          <w:bCs w:val="0"/>
          <w:sz w:val="24"/>
          <w:szCs w:val="24"/>
        </w:rPr>
      </w:pPr>
      <w:r w:rsidRPr="00786F3B">
        <w:rPr>
          <w:rFonts w:ascii="Arial" w:hAnsi="Arial" w:cs="Arial"/>
          <w:b w:val="0"/>
          <w:bCs w:val="0"/>
          <w:sz w:val="24"/>
          <w:szCs w:val="24"/>
        </w:rPr>
        <w:t>Operations and Developments</w:t>
      </w:r>
    </w:p>
    <w:p w14:paraId="1EFB4F93" w14:textId="6BDD3B21" w:rsidR="009B7D4D" w:rsidRPr="00786F3B" w:rsidRDefault="0092402E">
      <w:pPr>
        <w:rPr>
          <w:rFonts w:ascii="Arial" w:hAnsi="Arial" w:cs="Arial"/>
          <w:sz w:val="24"/>
          <w:szCs w:val="24"/>
        </w:rPr>
      </w:pPr>
      <w:r w:rsidRPr="00786F3B">
        <w:rPr>
          <w:rFonts w:ascii="Arial" w:hAnsi="Arial" w:cs="Arial"/>
          <w:sz w:val="24"/>
          <w:szCs w:val="24"/>
        </w:rPr>
        <w:t>Our drinks supplier contract move</w:t>
      </w:r>
      <w:r w:rsidR="00E033E3" w:rsidRPr="00786F3B">
        <w:rPr>
          <w:rFonts w:ascii="Arial" w:hAnsi="Arial" w:cs="Arial"/>
          <w:sz w:val="24"/>
          <w:szCs w:val="24"/>
        </w:rPr>
        <w:t>d</w:t>
      </w:r>
      <w:r w:rsidRPr="00786F3B">
        <w:rPr>
          <w:rFonts w:ascii="Arial" w:hAnsi="Arial" w:cs="Arial"/>
          <w:sz w:val="24"/>
          <w:szCs w:val="24"/>
        </w:rPr>
        <w:t xml:space="preserve"> to Heineken in 2025 due to their improved drinks </w:t>
      </w:r>
      <w:r w:rsidR="00AB42EE" w:rsidRPr="00786F3B">
        <w:rPr>
          <w:rFonts w:ascii="Arial" w:hAnsi="Arial" w:cs="Arial"/>
          <w:sz w:val="24"/>
          <w:szCs w:val="24"/>
        </w:rPr>
        <w:t>offering</w:t>
      </w:r>
      <w:r w:rsidRPr="00786F3B">
        <w:rPr>
          <w:rFonts w:ascii="Arial" w:hAnsi="Arial" w:cs="Arial"/>
          <w:sz w:val="24"/>
          <w:szCs w:val="24"/>
        </w:rPr>
        <w:t>, especially their lagers</w:t>
      </w:r>
      <w:r w:rsidR="00E033E3" w:rsidRPr="00786F3B">
        <w:rPr>
          <w:rFonts w:ascii="Arial" w:hAnsi="Arial" w:cs="Arial"/>
          <w:sz w:val="24"/>
          <w:szCs w:val="24"/>
        </w:rPr>
        <w:t xml:space="preserve"> and</w:t>
      </w:r>
      <w:r w:rsidR="00F252C2" w:rsidRPr="00786F3B">
        <w:rPr>
          <w:rFonts w:ascii="Arial" w:hAnsi="Arial" w:cs="Arial"/>
          <w:sz w:val="24"/>
          <w:szCs w:val="24"/>
        </w:rPr>
        <w:t xml:space="preserve"> also a broader access to national and regional ales. </w:t>
      </w:r>
      <w:r w:rsidR="00E033E3" w:rsidRPr="00786F3B">
        <w:rPr>
          <w:rFonts w:ascii="Arial" w:hAnsi="Arial" w:cs="Arial"/>
          <w:sz w:val="24"/>
          <w:szCs w:val="24"/>
        </w:rPr>
        <w:t xml:space="preserve">This has been </w:t>
      </w:r>
      <w:r w:rsidR="00946E47" w:rsidRPr="00786F3B">
        <w:rPr>
          <w:rFonts w:ascii="Arial" w:hAnsi="Arial" w:cs="Arial"/>
          <w:sz w:val="24"/>
          <w:szCs w:val="24"/>
        </w:rPr>
        <w:t>a success</w:t>
      </w:r>
      <w:r w:rsidR="00E033E3" w:rsidRPr="00786F3B">
        <w:rPr>
          <w:rFonts w:ascii="Arial" w:hAnsi="Arial" w:cs="Arial"/>
          <w:sz w:val="24"/>
          <w:szCs w:val="24"/>
        </w:rPr>
        <w:t xml:space="preserve"> and we have been very pleased with their range of lagers and ales</w:t>
      </w:r>
      <w:r w:rsidR="00064F6F" w:rsidRPr="00786F3B">
        <w:rPr>
          <w:rFonts w:ascii="Arial" w:hAnsi="Arial" w:cs="Arial"/>
          <w:sz w:val="24"/>
          <w:szCs w:val="24"/>
        </w:rPr>
        <w:t>, their cellar support service and their Summer Festival sponsorship</w:t>
      </w:r>
    </w:p>
    <w:p w14:paraId="4423655B" w14:textId="62D166A9" w:rsidR="00C51E32" w:rsidRPr="00786F3B" w:rsidRDefault="0092402E">
      <w:pPr>
        <w:rPr>
          <w:rFonts w:ascii="Arial" w:hAnsi="Arial" w:cs="Arial"/>
          <w:sz w:val="24"/>
          <w:szCs w:val="24"/>
        </w:rPr>
      </w:pPr>
      <w:r w:rsidRPr="00786F3B">
        <w:rPr>
          <w:rFonts w:ascii="Arial" w:hAnsi="Arial" w:cs="Arial"/>
          <w:sz w:val="24"/>
          <w:szCs w:val="24"/>
        </w:rPr>
        <w:lastRenderedPageBreak/>
        <w:t xml:space="preserve">Food trucks continue to be a great success—drawing both locals and visitors. </w:t>
      </w:r>
      <w:r w:rsidR="00E033E3" w:rsidRPr="00786F3B">
        <w:rPr>
          <w:rFonts w:ascii="Arial" w:hAnsi="Arial" w:cs="Arial"/>
          <w:sz w:val="24"/>
          <w:szCs w:val="24"/>
        </w:rPr>
        <w:t xml:space="preserve">However the trucks operating </w:t>
      </w:r>
      <w:r w:rsidR="00A04864" w:rsidRPr="00786F3B">
        <w:rPr>
          <w:rFonts w:ascii="Arial" w:hAnsi="Arial" w:cs="Arial"/>
          <w:sz w:val="24"/>
          <w:szCs w:val="24"/>
        </w:rPr>
        <w:t>from the kerbside outside of the pub were not working within the local legislation as each truck would be obliged to pay £790 for a licence. As they only have one or two slots a month per truck this would be financially unviable</w:t>
      </w:r>
      <w:r w:rsidR="00064F6F" w:rsidRPr="00786F3B">
        <w:rPr>
          <w:rFonts w:ascii="Arial" w:hAnsi="Arial" w:cs="Arial"/>
          <w:sz w:val="24"/>
          <w:szCs w:val="24"/>
        </w:rPr>
        <w:t xml:space="preserve"> to them</w:t>
      </w:r>
      <w:r w:rsidR="00A04864" w:rsidRPr="00786F3B">
        <w:rPr>
          <w:rFonts w:ascii="Arial" w:hAnsi="Arial" w:cs="Arial"/>
          <w:sz w:val="24"/>
          <w:szCs w:val="24"/>
        </w:rPr>
        <w:t xml:space="preserve">. There were several attempts to recognise this by ordering and paying for food in the bar but this was not really a permanent or </w:t>
      </w:r>
      <w:r w:rsidR="00EB5F77" w:rsidRPr="00786F3B">
        <w:rPr>
          <w:rFonts w:ascii="Arial" w:hAnsi="Arial" w:cs="Arial"/>
          <w:sz w:val="24"/>
          <w:szCs w:val="24"/>
        </w:rPr>
        <w:t>long-term</w:t>
      </w:r>
      <w:r w:rsidR="00A04864" w:rsidRPr="00786F3B">
        <w:rPr>
          <w:rFonts w:ascii="Arial" w:hAnsi="Arial" w:cs="Arial"/>
          <w:sz w:val="24"/>
          <w:szCs w:val="24"/>
        </w:rPr>
        <w:t xml:space="preserve"> solution. </w:t>
      </w:r>
    </w:p>
    <w:p w14:paraId="5867F63A" w14:textId="5DCDA8AB" w:rsidR="00A04864" w:rsidRPr="00786F3B" w:rsidRDefault="00C51E32">
      <w:pPr>
        <w:rPr>
          <w:rFonts w:ascii="Arial" w:hAnsi="Arial" w:cs="Arial"/>
          <w:sz w:val="24"/>
          <w:szCs w:val="24"/>
        </w:rPr>
      </w:pPr>
      <w:r w:rsidRPr="00786F3B">
        <w:rPr>
          <w:rFonts w:ascii="Arial" w:hAnsi="Arial" w:cs="Arial"/>
          <w:sz w:val="24"/>
          <w:szCs w:val="24"/>
        </w:rPr>
        <w:t xml:space="preserve">So we believe we have a </w:t>
      </w:r>
      <w:r w:rsidR="00EB5F77" w:rsidRPr="00786F3B">
        <w:rPr>
          <w:rFonts w:ascii="Arial" w:hAnsi="Arial" w:cs="Arial"/>
          <w:sz w:val="24"/>
          <w:szCs w:val="24"/>
        </w:rPr>
        <w:t>first!</w:t>
      </w:r>
      <w:r w:rsidRPr="00786F3B">
        <w:rPr>
          <w:rFonts w:ascii="Arial" w:hAnsi="Arial" w:cs="Arial"/>
          <w:sz w:val="24"/>
          <w:szCs w:val="24"/>
        </w:rPr>
        <w:t xml:space="preserve"> Through the endeavours of Maddi and great cooperation of the MK Council representative, Eddy Fisher, the Bell and Bear was able to obtain an overall licence for £790 plus £50 per truck which would allow them to operate within the local legislation</w:t>
      </w:r>
      <w:r w:rsidR="00064F6F" w:rsidRPr="00786F3B">
        <w:rPr>
          <w:rFonts w:ascii="Arial" w:hAnsi="Arial" w:cs="Arial"/>
          <w:sz w:val="24"/>
          <w:szCs w:val="24"/>
        </w:rPr>
        <w:t xml:space="preserve"> under the umbrella of the B&amp;B licence</w:t>
      </w:r>
      <w:r w:rsidRPr="00786F3B">
        <w:rPr>
          <w:rFonts w:ascii="Arial" w:hAnsi="Arial" w:cs="Arial"/>
          <w:sz w:val="24"/>
          <w:szCs w:val="24"/>
        </w:rPr>
        <w:t xml:space="preserve">. </w:t>
      </w:r>
      <w:r w:rsidR="00064F6F" w:rsidRPr="00786F3B">
        <w:rPr>
          <w:rFonts w:ascii="Arial" w:hAnsi="Arial" w:cs="Arial"/>
          <w:sz w:val="24"/>
          <w:szCs w:val="24"/>
        </w:rPr>
        <w:t xml:space="preserve">The pub would recoup the £50 from each truck. </w:t>
      </w:r>
      <w:r w:rsidRPr="00786F3B">
        <w:rPr>
          <w:rFonts w:ascii="Arial" w:hAnsi="Arial" w:cs="Arial"/>
          <w:sz w:val="24"/>
          <w:szCs w:val="24"/>
        </w:rPr>
        <w:t>To our knowledge no other pub or establishment has this model.</w:t>
      </w:r>
    </w:p>
    <w:p w14:paraId="1191A934" w14:textId="27239B72" w:rsidR="00324EB0" w:rsidRPr="00786F3B" w:rsidRDefault="00C51E32">
      <w:pPr>
        <w:rPr>
          <w:rFonts w:ascii="Arial" w:hAnsi="Arial" w:cs="Arial"/>
          <w:sz w:val="24"/>
          <w:szCs w:val="24"/>
        </w:rPr>
      </w:pPr>
      <w:r w:rsidRPr="00786F3B">
        <w:rPr>
          <w:rFonts w:ascii="Arial" w:hAnsi="Arial" w:cs="Arial"/>
          <w:sz w:val="24"/>
          <w:szCs w:val="24"/>
        </w:rPr>
        <w:t xml:space="preserve">In addition to the food trucks we are now renting the kitchen to Callum under the guise of the Village </w:t>
      </w:r>
      <w:r w:rsidR="00253053" w:rsidRPr="00786F3B">
        <w:rPr>
          <w:rFonts w:ascii="Arial" w:hAnsi="Arial" w:cs="Arial"/>
          <w:sz w:val="24"/>
          <w:szCs w:val="24"/>
        </w:rPr>
        <w:t>Kitchen</w:t>
      </w:r>
      <w:r w:rsidRPr="00786F3B">
        <w:rPr>
          <w:rFonts w:ascii="Arial" w:hAnsi="Arial" w:cs="Arial"/>
          <w:sz w:val="24"/>
          <w:szCs w:val="24"/>
        </w:rPr>
        <w:t xml:space="preserve">. He will use the kitchen facilities to prepare food </w:t>
      </w:r>
      <w:r w:rsidR="00946E47" w:rsidRPr="00786F3B">
        <w:rPr>
          <w:rFonts w:ascii="Arial" w:hAnsi="Arial" w:cs="Arial"/>
          <w:sz w:val="24"/>
          <w:szCs w:val="24"/>
        </w:rPr>
        <w:t>for his food truck, We Will Wok You</w:t>
      </w:r>
      <w:r w:rsidR="00064F6F" w:rsidRPr="00786F3B">
        <w:rPr>
          <w:rFonts w:ascii="Arial" w:hAnsi="Arial" w:cs="Arial"/>
          <w:sz w:val="24"/>
          <w:szCs w:val="24"/>
        </w:rPr>
        <w:t>,</w:t>
      </w:r>
      <w:r w:rsidR="00946E47" w:rsidRPr="00786F3B">
        <w:rPr>
          <w:rFonts w:ascii="Arial" w:hAnsi="Arial" w:cs="Arial"/>
          <w:sz w:val="24"/>
          <w:szCs w:val="24"/>
        </w:rPr>
        <w:t xml:space="preserve"> for his other venues plus he is providing Sunday lunches and Saturday breakfasts twice a month, both of which I can personally highly recommend. </w:t>
      </w:r>
      <w:r w:rsidR="00324EB0" w:rsidRPr="00786F3B">
        <w:rPr>
          <w:rFonts w:ascii="Arial" w:hAnsi="Arial" w:cs="Arial"/>
          <w:sz w:val="24"/>
          <w:szCs w:val="24"/>
        </w:rPr>
        <w:t xml:space="preserve">In addition to the </w:t>
      </w:r>
      <w:proofErr w:type="gramStart"/>
      <w:r w:rsidR="00324EB0" w:rsidRPr="00786F3B">
        <w:rPr>
          <w:rFonts w:ascii="Arial" w:hAnsi="Arial" w:cs="Arial"/>
          <w:sz w:val="24"/>
          <w:szCs w:val="24"/>
        </w:rPr>
        <w:t>sit down</w:t>
      </w:r>
      <w:proofErr w:type="gramEnd"/>
      <w:r w:rsidR="00324EB0" w:rsidRPr="00786F3B">
        <w:rPr>
          <w:rFonts w:ascii="Arial" w:hAnsi="Arial" w:cs="Arial"/>
          <w:sz w:val="24"/>
          <w:szCs w:val="24"/>
        </w:rPr>
        <w:t xml:space="preserve"> option in the pub the Village </w:t>
      </w:r>
      <w:r w:rsidR="00253053" w:rsidRPr="00786F3B">
        <w:rPr>
          <w:rFonts w:ascii="Arial" w:hAnsi="Arial" w:cs="Arial"/>
          <w:sz w:val="24"/>
          <w:szCs w:val="24"/>
        </w:rPr>
        <w:t>Kitchen</w:t>
      </w:r>
      <w:r w:rsidR="00324EB0" w:rsidRPr="00786F3B">
        <w:rPr>
          <w:rFonts w:ascii="Arial" w:hAnsi="Arial" w:cs="Arial"/>
          <w:sz w:val="24"/>
          <w:szCs w:val="24"/>
        </w:rPr>
        <w:t xml:space="preserve"> does also provide a takeaway service in the same way </w:t>
      </w:r>
      <w:r w:rsidR="00064F6F" w:rsidRPr="00786F3B">
        <w:rPr>
          <w:rFonts w:ascii="Arial" w:hAnsi="Arial" w:cs="Arial"/>
          <w:sz w:val="24"/>
          <w:szCs w:val="24"/>
        </w:rPr>
        <w:t>his</w:t>
      </w:r>
      <w:r w:rsidR="00324EB0" w:rsidRPr="00786F3B">
        <w:rPr>
          <w:rFonts w:ascii="Arial" w:hAnsi="Arial" w:cs="Arial"/>
          <w:sz w:val="24"/>
          <w:szCs w:val="24"/>
        </w:rPr>
        <w:t xml:space="preserve"> food truck do</w:t>
      </w:r>
      <w:r w:rsidR="00064F6F" w:rsidRPr="00786F3B">
        <w:rPr>
          <w:rFonts w:ascii="Arial" w:hAnsi="Arial" w:cs="Arial"/>
          <w:sz w:val="24"/>
          <w:szCs w:val="24"/>
        </w:rPr>
        <w:t>es</w:t>
      </w:r>
      <w:r w:rsidR="00324EB0" w:rsidRPr="00786F3B">
        <w:rPr>
          <w:rFonts w:ascii="Arial" w:hAnsi="Arial" w:cs="Arial"/>
          <w:sz w:val="24"/>
          <w:szCs w:val="24"/>
        </w:rPr>
        <w:t>.</w:t>
      </w:r>
    </w:p>
    <w:p w14:paraId="411AC64F" w14:textId="141053A6" w:rsidR="00C51E32" w:rsidRPr="00786F3B" w:rsidRDefault="00253053">
      <w:pPr>
        <w:rPr>
          <w:rFonts w:ascii="Arial" w:hAnsi="Arial" w:cs="Arial"/>
          <w:sz w:val="24"/>
          <w:szCs w:val="24"/>
        </w:rPr>
      </w:pPr>
      <w:r w:rsidRPr="00786F3B">
        <w:rPr>
          <w:rFonts w:ascii="Arial" w:hAnsi="Arial" w:cs="Arial"/>
          <w:sz w:val="24"/>
          <w:szCs w:val="24"/>
        </w:rPr>
        <w:t>On one of the Sunday lunches</w:t>
      </w:r>
      <w:r w:rsidR="00946E47" w:rsidRPr="00786F3B">
        <w:rPr>
          <w:rFonts w:ascii="Arial" w:hAnsi="Arial" w:cs="Arial"/>
          <w:sz w:val="24"/>
          <w:szCs w:val="24"/>
        </w:rPr>
        <w:t xml:space="preserve"> per month we have a village table which is hosted by a couple from the village. Any single person or couple who would </w:t>
      </w:r>
      <w:r w:rsidR="00324EB0" w:rsidRPr="00786F3B">
        <w:rPr>
          <w:rFonts w:ascii="Arial" w:hAnsi="Arial" w:cs="Arial"/>
          <w:sz w:val="24"/>
          <w:szCs w:val="24"/>
        </w:rPr>
        <w:t>like company and someone to talk to over lunch are very welcome</w:t>
      </w:r>
      <w:r w:rsidR="00756D2A" w:rsidRPr="00786F3B">
        <w:rPr>
          <w:rFonts w:ascii="Arial" w:hAnsi="Arial" w:cs="Arial"/>
          <w:sz w:val="24"/>
          <w:szCs w:val="24"/>
        </w:rPr>
        <w:t>. T</w:t>
      </w:r>
      <w:r w:rsidR="00324EB0" w:rsidRPr="00786F3B">
        <w:rPr>
          <w:rFonts w:ascii="Arial" w:hAnsi="Arial" w:cs="Arial"/>
          <w:sz w:val="24"/>
          <w:szCs w:val="24"/>
        </w:rPr>
        <w:t>his has proven to be very successful so please do come along.</w:t>
      </w:r>
    </w:p>
    <w:p w14:paraId="6A4EE8B4" w14:textId="69204376" w:rsidR="00324EB0" w:rsidRPr="00786F3B" w:rsidRDefault="00324EB0">
      <w:pPr>
        <w:rPr>
          <w:rFonts w:ascii="Arial" w:hAnsi="Arial" w:cs="Arial"/>
          <w:sz w:val="24"/>
          <w:szCs w:val="24"/>
        </w:rPr>
      </w:pPr>
      <w:r w:rsidRPr="00786F3B">
        <w:rPr>
          <w:rFonts w:ascii="Arial" w:hAnsi="Arial" w:cs="Arial"/>
          <w:sz w:val="24"/>
          <w:szCs w:val="24"/>
        </w:rPr>
        <w:t>Our food truck offerings continue to be our main food option, including We Will Wok You, and will remain so for the foreseeable future.</w:t>
      </w:r>
    </w:p>
    <w:p w14:paraId="239E4627" w14:textId="6AB8D5FA" w:rsidR="00E033E3" w:rsidRPr="00786F3B" w:rsidRDefault="00324EB0">
      <w:pPr>
        <w:rPr>
          <w:rFonts w:ascii="Arial" w:hAnsi="Arial" w:cs="Arial"/>
          <w:sz w:val="24"/>
          <w:szCs w:val="24"/>
        </w:rPr>
      </w:pPr>
      <w:r w:rsidRPr="00786F3B">
        <w:rPr>
          <w:rFonts w:ascii="Arial" w:hAnsi="Arial" w:cs="Arial"/>
          <w:sz w:val="24"/>
          <w:szCs w:val="24"/>
        </w:rPr>
        <w:t>Alongside the major projects</w:t>
      </w:r>
      <w:r w:rsidR="006032E6" w:rsidRPr="00786F3B">
        <w:rPr>
          <w:rFonts w:ascii="Arial" w:hAnsi="Arial" w:cs="Arial"/>
          <w:sz w:val="24"/>
          <w:szCs w:val="24"/>
        </w:rPr>
        <w:t>,</w:t>
      </w:r>
      <w:r w:rsidR="00253053" w:rsidRPr="00786F3B">
        <w:rPr>
          <w:rFonts w:ascii="Arial" w:hAnsi="Arial" w:cs="Arial"/>
          <w:sz w:val="24"/>
          <w:szCs w:val="24"/>
        </w:rPr>
        <w:t xml:space="preserve"> refurbishment</w:t>
      </w:r>
      <w:r w:rsidR="006032E6" w:rsidRPr="00786F3B">
        <w:rPr>
          <w:rFonts w:ascii="Arial" w:hAnsi="Arial" w:cs="Arial"/>
          <w:sz w:val="24"/>
          <w:szCs w:val="24"/>
        </w:rPr>
        <w:t xml:space="preserve"> </w:t>
      </w:r>
      <w:r w:rsidR="00253053" w:rsidRPr="00786F3B">
        <w:rPr>
          <w:rFonts w:ascii="Arial" w:hAnsi="Arial" w:cs="Arial"/>
          <w:sz w:val="24"/>
          <w:szCs w:val="24"/>
        </w:rPr>
        <w:t xml:space="preserve">work has included redecorating the ladies toilet, </w:t>
      </w:r>
      <w:r w:rsidR="006032E6" w:rsidRPr="00786F3B">
        <w:rPr>
          <w:rFonts w:ascii="Arial" w:hAnsi="Arial" w:cs="Arial"/>
          <w:sz w:val="24"/>
          <w:szCs w:val="24"/>
        </w:rPr>
        <w:t xml:space="preserve">the addition of a gas fired wood effect burner in the small bar and a Hive heater system to better control the central heating system and save on energy costs. </w:t>
      </w:r>
      <w:r w:rsidR="00406146" w:rsidRPr="00786F3B">
        <w:rPr>
          <w:rFonts w:ascii="Arial" w:hAnsi="Arial" w:cs="Arial"/>
          <w:sz w:val="24"/>
          <w:szCs w:val="24"/>
        </w:rPr>
        <w:t>Work was completed on the installation of fire doors, smoke alarms and signage and were signed off and approved by the Fire</w:t>
      </w:r>
      <w:r w:rsidR="00FF43D9" w:rsidRPr="00786F3B">
        <w:rPr>
          <w:rFonts w:ascii="Arial" w:hAnsi="Arial" w:cs="Arial"/>
          <w:sz w:val="24"/>
          <w:szCs w:val="24"/>
        </w:rPr>
        <w:t xml:space="preserve"> </w:t>
      </w:r>
      <w:r w:rsidR="00406146" w:rsidRPr="00786F3B">
        <w:rPr>
          <w:rFonts w:ascii="Arial" w:hAnsi="Arial" w:cs="Arial"/>
          <w:sz w:val="24"/>
          <w:szCs w:val="24"/>
        </w:rPr>
        <w:t xml:space="preserve">Safety Officer. </w:t>
      </w:r>
      <w:r w:rsidR="00FF43D9" w:rsidRPr="00786F3B">
        <w:rPr>
          <w:rFonts w:ascii="Arial" w:hAnsi="Arial" w:cs="Arial"/>
          <w:sz w:val="24"/>
          <w:szCs w:val="24"/>
        </w:rPr>
        <w:t xml:space="preserve">As the majority of you have no doubt seen the bar is now painted green and the chair upholstery changed to match. </w:t>
      </w:r>
      <w:r w:rsidR="006032E6" w:rsidRPr="00786F3B">
        <w:rPr>
          <w:rFonts w:ascii="Arial" w:hAnsi="Arial" w:cs="Arial"/>
          <w:sz w:val="24"/>
          <w:szCs w:val="24"/>
        </w:rPr>
        <w:t>The second bedroom and hallway in the flat above have also been redecorated and that completes the work upstairs.</w:t>
      </w:r>
      <w:r w:rsidR="00406146" w:rsidRPr="00786F3B">
        <w:rPr>
          <w:rFonts w:ascii="Arial" w:hAnsi="Arial" w:cs="Arial"/>
          <w:sz w:val="24"/>
          <w:szCs w:val="24"/>
        </w:rPr>
        <w:t xml:space="preserve"> </w:t>
      </w:r>
    </w:p>
    <w:p w14:paraId="6F8D42E9" w14:textId="645F7372" w:rsidR="006032E6" w:rsidRPr="00786F3B" w:rsidRDefault="0092402E">
      <w:pPr>
        <w:rPr>
          <w:rFonts w:ascii="Arial" w:hAnsi="Arial" w:cs="Arial"/>
          <w:sz w:val="24"/>
          <w:szCs w:val="24"/>
        </w:rPr>
      </w:pPr>
      <w:r w:rsidRPr="00786F3B">
        <w:rPr>
          <w:rFonts w:ascii="Arial" w:hAnsi="Arial" w:cs="Arial"/>
          <w:sz w:val="24"/>
          <w:szCs w:val="24"/>
        </w:rPr>
        <w:t>Events remain a vital part of our offer</w:t>
      </w:r>
      <w:r w:rsidR="006032E6" w:rsidRPr="00786F3B">
        <w:rPr>
          <w:rFonts w:ascii="Arial" w:hAnsi="Arial" w:cs="Arial"/>
          <w:sz w:val="24"/>
          <w:szCs w:val="24"/>
        </w:rPr>
        <w:t>ing</w:t>
      </w:r>
      <w:r w:rsidRPr="00786F3B">
        <w:rPr>
          <w:rFonts w:ascii="Arial" w:hAnsi="Arial" w:cs="Arial"/>
          <w:sz w:val="24"/>
          <w:szCs w:val="24"/>
        </w:rPr>
        <w:t xml:space="preserve"> and th</w:t>
      </w:r>
      <w:r w:rsidR="00F252C2" w:rsidRPr="00786F3B">
        <w:rPr>
          <w:rFonts w:ascii="Arial" w:hAnsi="Arial" w:cs="Arial"/>
          <w:sz w:val="24"/>
          <w:szCs w:val="24"/>
        </w:rPr>
        <w:t>e</w:t>
      </w:r>
      <w:r w:rsidRPr="00786F3B">
        <w:rPr>
          <w:rFonts w:ascii="Arial" w:hAnsi="Arial" w:cs="Arial"/>
          <w:sz w:val="24"/>
          <w:szCs w:val="24"/>
        </w:rPr>
        <w:t xml:space="preserve"> </w:t>
      </w:r>
      <w:r w:rsidR="00F252C2" w:rsidRPr="00786F3B">
        <w:rPr>
          <w:rFonts w:ascii="Arial" w:hAnsi="Arial" w:cs="Arial"/>
          <w:sz w:val="24"/>
          <w:szCs w:val="24"/>
        </w:rPr>
        <w:t>Bell and Bear s</w:t>
      </w:r>
      <w:r w:rsidRPr="00786F3B">
        <w:rPr>
          <w:rFonts w:ascii="Arial" w:hAnsi="Arial" w:cs="Arial"/>
          <w:sz w:val="24"/>
          <w:szCs w:val="24"/>
        </w:rPr>
        <w:t>ummer festival</w:t>
      </w:r>
      <w:r w:rsidR="006032E6" w:rsidRPr="00786F3B">
        <w:rPr>
          <w:rFonts w:ascii="Arial" w:hAnsi="Arial" w:cs="Arial"/>
          <w:sz w:val="24"/>
          <w:szCs w:val="24"/>
        </w:rPr>
        <w:t xml:space="preserve"> this year was exceptionally successful</w:t>
      </w:r>
      <w:r w:rsidRPr="00786F3B">
        <w:rPr>
          <w:rFonts w:ascii="Arial" w:hAnsi="Arial" w:cs="Arial"/>
          <w:sz w:val="24"/>
          <w:szCs w:val="24"/>
        </w:rPr>
        <w:t xml:space="preserve"> drawing record crowds</w:t>
      </w:r>
      <w:r w:rsidR="006032E6" w:rsidRPr="00786F3B">
        <w:rPr>
          <w:rFonts w:ascii="Arial" w:hAnsi="Arial" w:cs="Arial"/>
          <w:sz w:val="24"/>
          <w:szCs w:val="24"/>
        </w:rPr>
        <w:t>.</w:t>
      </w:r>
      <w:r w:rsidRPr="00786F3B">
        <w:rPr>
          <w:rFonts w:ascii="Arial" w:hAnsi="Arial" w:cs="Arial"/>
          <w:sz w:val="24"/>
          <w:szCs w:val="24"/>
        </w:rPr>
        <w:t xml:space="preserve"> </w:t>
      </w:r>
      <w:r w:rsidR="006032E6" w:rsidRPr="00786F3B">
        <w:rPr>
          <w:rFonts w:ascii="Arial" w:hAnsi="Arial" w:cs="Arial"/>
          <w:sz w:val="24"/>
          <w:szCs w:val="24"/>
        </w:rPr>
        <w:t xml:space="preserve"> In addition</w:t>
      </w:r>
      <w:r w:rsidR="00C177BA">
        <w:rPr>
          <w:rFonts w:ascii="Arial" w:hAnsi="Arial" w:cs="Arial"/>
          <w:sz w:val="24"/>
          <w:szCs w:val="24"/>
        </w:rPr>
        <w:t>,</w:t>
      </w:r>
      <w:r w:rsidR="006032E6" w:rsidRPr="00786F3B">
        <w:rPr>
          <w:rFonts w:ascii="Arial" w:hAnsi="Arial" w:cs="Arial"/>
          <w:sz w:val="24"/>
          <w:szCs w:val="24"/>
        </w:rPr>
        <w:t xml:space="preserve"> our </w:t>
      </w:r>
      <w:r w:rsidR="006032E6" w:rsidRPr="00786F3B">
        <w:rPr>
          <w:rFonts w:ascii="Arial" w:hAnsi="Arial" w:cs="Arial"/>
          <w:sz w:val="24"/>
          <w:szCs w:val="24"/>
        </w:rPr>
        <w:lastRenderedPageBreak/>
        <w:t>quiz nights remain consistently popular alongside bingo, open mic and live music nights.</w:t>
      </w:r>
    </w:p>
    <w:p w14:paraId="69654475" w14:textId="77777777" w:rsidR="009B7D4D" w:rsidRPr="00786F3B" w:rsidRDefault="0092402E">
      <w:pPr>
        <w:pStyle w:val="Heading2"/>
        <w:rPr>
          <w:rFonts w:ascii="Arial" w:hAnsi="Arial" w:cs="Arial"/>
          <w:b w:val="0"/>
          <w:bCs w:val="0"/>
          <w:sz w:val="24"/>
          <w:szCs w:val="24"/>
        </w:rPr>
      </w:pPr>
      <w:r w:rsidRPr="00786F3B">
        <w:rPr>
          <w:rFonts w:ascii="Arial" w:hAnsi="Arial" w:cs="Arial"/>
          <w:b w:val="0"/>
          <w:bCs w:val="0"/>
          <w:sz w:val="24"/>
          <w:szCs w:val="24"/>
        </w:rPr>
        <w:t>Facing the Challenges</w:t>
      </w:r>
    </w:p>
    <w:p w14:paraId="0CADCCD7" w14:textId="3F23263B" w:rsidR="00FF43D9" w:rsidRPr="00786F3B" w:rsidRDefault="00FF43D9">
      <w:pPr>
        <w:rPr>
          <w:rFonts w:ascii="Arial" w:hAnsi="Arial" w:cs="Arial"/>
          <w:sz w:val="24"/>
          <w:szCs w:val="24"/>
        </w:rPr>
      </w:pPr>
      <w:r w:rsidRPr="00786F3B">
        <w:rPr>
          <w:rFonts w:ascii="Arial" w:hAnsi="Arial" w:cs="Arial"/>
          <w:sz w:val="24"/>
          <w:szCs w:val="24"/>
        </w:rPr>
        <w:t>Pubs and hospitality generally remain in the news as so many venues are closing due to challenging and difficult trading conditions. Pubs are closing at a rate of two a week across the UK. Increasing stock prices, wage increases and high energy costs are the major headwinds we face.</w:t>
      </w:r>
    </w:p>
    <w:p w14:paraId="3A515E04" w14:textId="77777777" w:rsidR="009B7D4D" w:rsidRPr="00786F3B" w:rsidRDefault="0092402E">
      <w:pPr>
        <w:pStyle w:val="Heading2"/>
        <w:rPr>
          <w:rFonts w:ascii="Arial" w:hAnsi="Arial" w:cs="Arial"/>
          <w:b w:val="0"/>
          <w:bCs w:val="0"/>
          <w:sz w:val="24"/>
          <w:szCs w:val="24"/>
        </w:rPr>
      </w:pPr>
      <w:r w:rsidRPr="00786F3B">
        <w:rPr>
          <w:rFonts w:ascii="Arial" w:hAnsi="Arial" w:cs="Arial"/>
          <w:b w:val="0"/>
          <w:bCs w:val="0"/>
          <w:sz w:val="24"/>
          <w:szCs w:val="24"/>
        </w:rPr>
        <w:t>Looking Ahead</w:t>
      </w:r>
    </w:p>
    <w:p w14:paraId="5E909B8A" w14:textId="0304EEE8" w:rsidR="009B7D4D" w:rsidRPr="00786F3B" w:rsidRDefault="0092402E">
      <w:pPr>
        <w:rPr>
          <w:rFonts w:ascii="Arial" w:hAnsi="Arial" w:cs="Arial"/>
          <w:sz w:val="24"/>
          <w:szCs w:val="24"/>
        </w:rPr>
      </w:pPr>
      <w:r w:rsidRPr="00786F3B">
        <w:rPr>
          <w:rFonts w:ascii="Arial" w:hAnsi="Arial" w:cs="Arial"/>
          <w:sz w:val="24"/>
          <w:szCs w:val="24"/>
        </w:rPr>
        <w:t xml:space="preserve">To sustain our </w:t>
      </w:r>
      <w:proofErr w:type="gramStart"/>
      <w:r w:rsidRPr="00786F3B">
        <w:rPr>
          <w:rFonts w:ascii="Arial" w:hAnsi="Arial" w:cs="Arial"/>
          <w:sz w:val="24"/>
          <w:szCs w:val="24"/>
        </w:rPr>
        <w:t>momentum</w:t>
      </w:r>
      <w:proofErr w:type="gramEnd"/>
      <w:r w:rsidRPr="00786F3B">
        <w:rPr>
          <w:rFonts w:ascii="Arial" w:hAnsi="Arial" w:cs="Arial"/>
          <w:sz w:val="24"/>
          <w:szCs w:val="24"/>
        </w:rPr>
        <w:t xml:space="preserve">, we aim to continue our year-on-year growth in both turnover and </w:t>
      </w:r>
      <w:r w:rsidR="00F252C2" w:rsidRPr="00786F3B">
        <w:rPr>
          <w:rFonts w:ascii="Arial" w:hAnsi="Arial" w:cs="Arial"/>
          <w:sz w:val="24"/>
          <w:szCs w:val="24"/>
        </w:rPr>
        <w:t>cashflow</w:t>
      </w:r>
      <w:r w:rsidRPr="00786F3B">
        <w:rPr>
          <w:rFonts w:ascii="Arial" w:hAnsi="Arial" w:cs="Arial"/>
          <w:sz w:val="24"/>
          <w:szCs w:val="24"/>
        </w:rPr>
        <w:t xml:space="preserve">. </w:t>
      </w:r>
      <w:r w:rsidR="00122F0A" w:rsidRPr="00786F3B">
        <w:rPr>
          <w:rFonts w:ascii="Arial" w:hAnsi="Arial" w:cs="Arial"/>
          <w:sz w:val="24"/>
          <w:szCs w:val="24"/>
        </w:rPr>
        <w:t>W</w:t>
      </w:r>
      <w:r w:rsidRPr="00786F3B">
        <w:rPr>
          <w:rFonts w:ascii="Arial" w:hAnsi="Arial" w:cs="Arial"/>
          <w:sz w:val="24"/>
          <w:szCs w:val="24"/>
        </w:rPr>
        <w:t>e are eager to expand our calendar of community events</w:t>
      </w:r>
      <w:r w:rsidR="00122F0A" w:rsidRPr="00786F3B">
        <w:rPr>
          <w:rFonts w:ascii="Arial" w:hAnsi="Arial" w:cs="Arial"/>
          <w:sz w:val="24"/>
          <w:szCs w:val="24"/>
        </w:rPr>
        <w:t xml:space="preserve"> so please</w:t>
      </w:r>
      <w:r w:rsidRPr="00786F3B">
        <w:rPr>
          <w:rFonts w:ascii="Arial" w:hAnsi="Arial" w:cs="Arial"/>
          <w:sz w:val="24"/>
          <w:szCs w:val="24"/>
        </w:rPr>
        <w:t xml:space="preserve"> do speak to Reon</w:t>
      </w:r>
      <w:r w:rsidR="00F252C2" w:rsidRPr="00786F3B">
        <w:rPr>
          <w:rFonts w:ascii="Arial" w:hAnsi="Arial" w:cs="Arial"/>
          <w:sz w:val="24"/>
          <w:szCs w:val="24"/>
        </w:rPr>
        <w:t xml:space="preserve"> or Joe</w:t>
      </w:r>
      <w:r w:rsidRPr="00786F3B">
        <w:rPr>
          <w:rFonts w:ascii="Arial" w:hAnsi="Arial" w:cs="Arial"/>
          <w:sz w:val="24"/>
          <w:szCs w:val="24"/>
        </w:rPr>
        <w:t xml:space="preserve"> if you have any ideas or would like to host an event or group.</w:t>
      </w:r>
    </w:p>
    <w:p w14:paraId="197F15FC" w14:textId="479F11BC" w:rsidR="00122F0A" w:rsidRPr="00786F3B" w:rsidRDefault="00122F0A">
      <w:pPr>
        <w:rPr>
          <w:rFonts w:ascii="Arial" w:hAnsi="Arial" w:cs="Arial"/>
          <w:sz w:val="24"/>
          <w:szCs w:val="24"/>
        </w:rPr>
      </w:pPr>
      <w:r w:rsidRPr="00786F3B">
        <w:rPr>
          <w:rFonts w:ascii="Arial" w:hAnsi="Arial" w:cs="Arial"/>
          <w:sz w:val="24"/>
          <w:szCs w:val="24"/>
        </w:rPr>
        <w:t>One refurbishment project we have under review are the toilet facilities. Our options are potentially limited but we want to understand what is possible to improve the current situation</w:t>
      </w:r>
      <w:r w:rsidR="00064F6F" w:rsidRPr="00786F3B">
        <w:rPr>
          <w:rFonts w:ascii="Arial" w:hAnsi="Arial" w:cs="Arial"/>
          <w:sz w:val="24"/>
          <w:szCs w:val="24"/>
        </w:rPr>
        <w:t>. We would also like to continue work to the garden including the purchase of more seating</w:t>
      </w:r>
      <w:r w:rsidR="00D37010" w:rsidRPr="00786F3B">
        <w:rPr>
          <w:rFonts w:ascii="Arial" w:hAnsi="Arial" w:cs="Arial"/>
          <w:sz w:val="24"/>
          <w:szCs w:val="24"/>
        </w:rPr>
        <w:t>. Projects to the exterior of the pub includes the front doors and porches over</w:t>
      </w:r>
      <w:r w:rsidR="00A67C35">
        <w:rPr>
          <w:rFonts w:ascii="Arial" w:hAnsi="Arial" w:cs="Arial"/>
          <w:sz w:val="24"/>
          <w:szCs w:val="24"/>
        </w:rPr>
        <w:t>,</w:t>
      </w:r>
      <w:r w:rsidR="00D37010" w:rsidRPr="00786F3B">
        <w:rPr>
          <w:rFonts w:ascii="Arial" w:hAnsi="Arial" w:cs="Arial"/>
          <w:sz w:val="24"/>
          <w:szCs w:val="24"/>
        </w:rPr>
        <w:t xml:space="preserve"> plus the rear windows</w:t>
      </w:r>
    </w:p>
    <w:p w14:paraId="66853839" w14:textId="77777777" w:rsidR="009B7D4D" w:rsidRPr="00786F3B" w:rsidRDefault="0092402E">
      <w:pPr>
        <w:pStyle w:val="Heading2"/>
        <w:rPr>
          <w:rFonts w:ascii="Arial" w:hAnsi="Arial" w:cs="Arial"/>
          <w:b w:val="0"/>
          <w:bCs w:val="0"/>
          <w:sz w:val="24"/>
          <w:szCs w:val="24"/>
        </w:rPr>
      </w:pPr>
      <w:r w:rsidRPr="00786F3B">
        <w:rPr>
          <w:rFonts w:ascii="Arial" w:hAnsi="Arial" w:cs="Arial"/>
          <w:b w:val="0"/>
          <w:bCs w:val="0"/>
          <w:sz w:val="24"/>
          <w:szCs w:val="24"/>
        </w:rPr>
        <w:t>Risks</w:t>
      </w:r>
    </w:p>
    <w:p w14:paraId="1FCABEDF" w14:textId="77777777" w:rsidR="009B7D4D" w:rsidRPr="00786F3B" w:rsidRDefault="0092402E">
      <w:pPr>
        <w:rPr>
          <w:rFonts w:ascii="Arial" w:hAnsi="Arial" w:cs="Arial"/>
          <w:sz w:val="24"/>
          <w:szCs w:val="24"/>
        </w:rPr>
      </w:pPr>
      <w:r w:rsidRPr="00786F3B">
        <w:rPr>
          <w:rFonts w:ascii="Arial" w:hAnsi="Arial" w:cs="Arial"/>
          <w:sz w:val="24"/>
          <w:szCs w:val="24"/>
        </w:rPr>
        <w:t>Key risks for the year ahead remain largely unchanged:</w:t>
      </w:r>
    </w:p>
    <w:p w14:paraId="40093486" w14:textId="77777777" w:rsidR="009B7D4D" w:rsidRPr="00786F3B" w:rsidRDefault="0092402E">
      <w:pPr>
        <w:rPr>
          <w:rFonts w:ascii="Arial" w:hAnsi="Arial" w:cs="Arial"/>
          <w:sz w:val="24"/>
          <w:szCs w:val="24"/>
        </w:rPr>
      </w:pPr>
      <w:r w:rsidRPr="00786F3B">
        <w:rPr>
          <w:rFonts w:ascii="Arial" w:hAnsi="Arial" w:cs="Arial"/>
          <w:sz w:val="24"/>
          <w:szCs w:val="24"/>
        </w:rPr>
        <w:t>- The ongoing cost-of-living crisis and its effect on customer spending</w:t>
      </w:r>
      <w:r w:rsidRPr="00786F3B">
        <w:rPr>
          <w:rFonts w:ascii="Arial" w:hAnsi="Arial" w:cs="Arial"/>
          <w:sz w:val="24"/>
          <w:szCs w:val="24"/>
        </w:rPr>
        <w:br/>
        <w:t>- The continued rise in stock and supply chain costs</w:t>
      </w:r>
      <w:r w:rsidRPr="00786F3B">
        <w:rPr>
          <w:rFonts w:ascii="Arial" w:hAnsi="Arial" w:cs="Arial"/>
          <w:sz w:val="24"/>
          <w:szCs w:val="24"/>
        </w:rPr>
        <w:br/>
        <w:t>- High and volatile energy bills</w:t>
      </w:r>
    </w:p>
    <w:p w14:paraId="3C30C568" w14:textId="77777777" w:rsidR="009B7D4D" w:rsidRPr="00786F3B" w:rsidRDefault="0092402E">
      <w:pPr>
        <w:pStyle w:val="Heading2"/>
        <w:rPr>
          <w:rFonts w:ascii="Arial" w:hAnsi="Arial" w:cs="Arial"/>
          <w:b w:val="0"/>
          <w:bCs w:val="0"/>
          <w:sz w:val="24"/>
          <w:szCs w:val="24"/>
        </w:rPr>
      </w:pPr>
      <w:r w:rsidRPr="00786F3B">
        <w:rPr>
          <w:rFonts w:ascii="Arial" w:hAnsi="Arial" w:cs="Arial"/>
          <w:b w:val="0"/>
          <w:bCs w:val="0"/>
          <w:sz w:val="24"/>
          <w:szCs w:val="24"/>
        </w:rPr>
        <w:t>Closing Thanks</w:t>
      </w:r>
    </w:p>
    <w:p w14:paraId="3612009F" w14:textId="6EF0651E" w:rsidR="009B7D4D" w:rsidRPr="00786F3B" w:rsidRDefault="0092402E">
      <w:pPr>
        <w:rPr>
          <w:rFonts w:ascii="Arial" w:hAnsi="Arial" w:cs="Arial"/>
          <w:sz w:val="24"/>
          <w:szCs w:val="24"/>
        </w:rPr>
      </w:pPr>
      <w:r w:rsidRPr="00786F3B">
        <w:rPr>
          <w:rFonts w:ascii="Arial" w:hAnsi="Arial" w:cs="Arial"/>
          <w:sz w:val="24"/>
          <w:szCs w:val="24"/>
        </w:rPr>
        <w:t xml:space="preserve">We wouldn’t be here without your continued custom and support. </w:t>
      </w:r>
      <w:r w:rsidRPr="00786F3B">
        <w:rPr>
          <w:rFonts w:ascii="Arial" w:hAnsi="Arial" w:cs="Arial"/>
          <w:sz w:val="24"/>
          <w:szCs w:val="24"/>
        </w:rPr>
        <w:br/>
        <w:t>To our investors, our volunteers, and our young, energetic bar team—recruited from within our own village</w:t>
      </w:r>
      <w:r w:rsidR="00C11B23" w:rsidRPr="00786F3B">
        <w:rPr>
          <w:rFonts w:ascii="Arial" w:hAnsi="Arial" w:cs="Arial"/>
          <w:sz w:val="24"/>
          <w:szCs w:val="24"/>
        </w:rPr>
        <w:t xml:space="preserve"> and locally </w:t>
      </w:r>
      <w:r w:rsidRPr="00786F3B">
        <w:rPr>
          <w:rFonts w:ascii="Arial" w:hAnsi="Arial" w:cs="Arial"/>
          <w:sz w:val="24"/>
          <w:szCs w:val="24"/>
        </w:rPr>
        <w:t>—thank you. Your contributions keep the Bell and Bear alive and thriving at the heart of our community.</w:t>
      </w:r>
    </w:p>
    <w:p w14:paraId="6BAEA56E" w14:textId="77777777" w:rsidR="009B7D4D" w:rsidRPr="00786F3B" w:rsidRDefault="0092402E">
      <w:pPr>
        <w:rPr>
          <w:rFonts w:ascii="Arial" w:hAnsi="Arial" w:cs="Arial"/>
          <w:sz w:val="24"/>
          <w:szCs w:val="24"/>
        </w:rPr>
      </w:pPr>
      <w:r w:rsidRPr="00786F3B">
        <w:rPr>
          <w:rFonts w:ascii="Arial" w:hAnsi="Arial" w:cs="Arial"/>
          <w:sz w:val="24"/>
          <w:szCs w:val="24"/>
        </w:rPr>
        <w:t>—The Directors</w:t>
      </w:r>
    </w:p>
    <w:sectPr w:rsidR="009B7D4D" w:rsidRPr="00786F3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76565772">
    <w:abstractNumId w:val="8"/>
  </w:num>
  <w:num w:numId="2" w16cid:durableId="1530604775">
    <w:abstractNumId w:val="6"/>
  </w:num>
  <w:num w:numId="3" w16cid:durableId="150604613">
    <w:abstractNumId w:val="5"/>
  </w:num>
  <w:num w:numId="4" w16cid:durableId="1491214643">
    <w:abstractNumId w:val="4"/>
  </w:num>
  <w:num w:numId="5" w16cid:durableId="198519290">
    <w:abstractNumId w:val="7"/>
  </w:num>
  <w:num w:numId="6" w16cid:durableId="1126504434">
    <w:abstractNumId w:val="3"/>
  </w:num>
  <w:num w:numId="7" w16cid:durableId="1088621586">
    <w:abstractNumId w:val="2"/>
  </w:num>
  <w:num w:numId="8" w16cid:durableId="1174341111">
    <w:abstractNumId w:val="1"/>
  </w:num>
  <w:num w:numId="9" w16cid:durableId="769199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60E"/>
    <w:rsid w:val="00015CD2"/>
    <w:rsid w:val="00034616"/>
    <w:rsid w:val="00056ADE"/>
    <w:rsid w:val="0006063C"/>
    <w:rsid w:val="00064F6F"/>
    <w:rsid w:val="0008536D"/>
    <w:rsid w:val="00097C0B"/>
    <w:rsid w:val="000C6C08"/>
    <w:rsid w:val="000F345D"/>
    <w:rsid w:val="0010759F"/>
    <w:rsid w:val="00122F0A"/>
    <w:rsid w:val="0015074B"/>
    <w:rsid w:val="00172190"/>
    <w:rsid w:val="0017439E"/>
    <w:rsid w:val="001E6C44"/>
    <w:rsid w:val="00253053"/>
    <w:rsid w:val="0029639D"/>
    <w:rsid w:val="002B1794"/>
    <w:rsid w:val="002B2D9B"/>
    <w:rsid w:val="002D0903"/>
    <w:rsid w:val="00324EB0"/>
    <w:rsid w:val="00326F90"/>
    <w:rsid w:val="00330059"/>
    <w:rsid w:val="0038303C"/>
    <w:rsid w:val="003C1DB9"/>
    <w:rsid w:val="003C26DC"/>
    <w:rsid w:val="003F0AE1"/>
    <w:rsid w:val="00406146"/>
    <w:rsid w:val="00470F52"/>
    <w:rsid w:val="00487651"/>
    <w:rsid w:val="004A26FD"/>
    <w:rsid w:val="004A6208"/>
    <w:rsid w:val="004E638B"/>
    <w:rsid w:val="004F63FB"/>
    <w:rsid w:val="00504245"/>
    <w:rsid w:val="00592A51"/>
    <w:rsid w:val="005A5A34"/>
    <w:rsid w:val="005B4B02"/>
    <w:rsid w:val="006032E6"/>
    <w:rsid w:val="00627270"/>
    <w:rsid w:val="006525A0"/>
    <w:rsid w:val="00662572"/>
    <w:rsid w:val="00667EA5"/>
    <w:rsid w:val="006A3350"/>
    <w:rsid w:val="006C3F7D"/>
    <w:rsid w:val="006F46ED"/>
    <w:rsid w:val="00734BA1"/>
    <w:rsid w:val="00756D2A"/>
    <w:rsid w:val="00783E07"/>
    <w:rsid w:val="00786F3B"/>
    <w:rsid w:val="00794FD7"/>
    <w:rsid w:val="007B6408"/>
    <w:rsid w:val="007B6989"/>
    <w:rsid w:val="007D0A33"/>
    <w:rsid w:val="00802E2A"/>
    <w:rsid w:val="008047A0"/>
    <w:rsid w:val="00822894"/>
    <w:rsid w:val="00882AC1"/>
    <w:rsid w:val="0092402E"/>
    <w:rsid w:val="00924265"/>
    <w:rsid w:val="00936278"/>
    <w:rsid w:val="00946E47"/>
    <w:rsid w:val="00956AAD"/>
    <w:rsid w:val="009A04DF"/>
    <w:rsid w:val="009B7D4D"/>
    <w:rsid w:val="009C05C0"/>
    <w:rsid w:val="009E1A4E"/>
    <w:rsid w:val="009E454D"/>
    <w:rsid w:val="00A04864"/>
    <w:rsid w:val="00A61519"/>
    <w:rsid w:val="00A67C35"/>
    <w:rsid w:val="00AA1D8D"/>
    <w:rsid w:val="00AB42EE"/>
    <w:rsid w:val="00AE52F5"/>
    <w:rsid w:val="00B15B34"/>
    <w:rsid w:val="00B47730"/>
    <w:rsid w:val="00B832E0"/>
    <w:rsid w:val="00BA2DA3"/>
    <w:rsid w:val="00BE6DD7"/>
    <w:rsid w:val="00C11B23"/>
    <w:rsid w:val="00C177BA"/>
    <w:rsid w:val="00C51E32"/>
    <w:rsid w:val="00C674BF"/>
    <w:rsid w:val="00C90D53"/>
    <w:rsid w:val="00CB0664"/>
    <w:rsid w:val="00CC745F"/>
    <w:rsid w:val="00CE79EB"/>
    <w:rsid w:val="00D05DD9"/>
    <w:rsid w:val="00D365D0"/>
    <w:rsid w:val="00D37010"/>
    <w:rsid w:val="00D507C9"/>
    <w:rsid w:val="00D65671"/>
    <w:rsid w:val="00DB2A06"/>
    <w:rsid w:val="00DE6758"/>
    <w:rsid w:val="00E033E3"/>
    <w:rsid w:val="00E04AEA"/>
    <w:rsid w:val="00E709CA"/>
    <w:rsid w:val="00E752AA"/>
    <w:rsid w:val="00E776E8"/>
    <w:rsid w:val="00E80954"/>
    <w:rsid w:val="00E87BA7"/>
    <w:rsid w:val="00EB35DB"/>
    <w:rsid w:val="00EB5F77"/>
    <w:rsid w:val="00F04A1E"/>
    <w:rsid w:val="00F142DB"/>
    <w:rsid w:val="00F252C2"/>
    <w:rsid w:val="00F63375"/>
    <w:rsid w:val="00F81C1E"/>
    <w:rsid w:val="00F83813"/>
    <w:rsid w:val="00F92247"/>
    <w:rsid w:val="00FC5A0C"/>
    <w:rsid w:val="00FC693F"/>
    <w:rsid w:val="00FD68B0"/>
    <w:rsid w:val="00FF0352"/>
    <w:rsid w:val="00FF43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D3B618"/>
  <w14:defaultImageDpi w14:val="300"/>
  <w15:docId w15:val="{C9B85E20-CA44-3144-BAAD-9E2A2E9A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1505</Words>
  <Characters>7152</Characters>
  <Application>Microsoft Office Word</Application>
  <DocSecurity>0</DocSecurity>
  <Lines>132</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DNB</cp:lastModifiedBy>
  <cp:revision>2</cp:revision>
  <cp:lastPrinted>2026-06-03T11:02:00Z</cp:lastPrinted>
  <dcterms:created xsi:type="dcterms:W3CDTF">2026-06-09T17:32:00Z</dcterms:created>
  <dcterms:modified xsi:type="dcterms:W3CDTF">2026-06-09T17:32:00Z</dcterms:modified>
  <cp:category/>
</cp:coreProperties>
</file>